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4" w:type="dxa"/>
        <w:jc w:val="center"/>
        <w:tblLook w:val="0000" w:firstRow="0" w:lastRow="0" w:firstColumn="0" w:lastColumn="0" w:noHBand="0" w:noVBand="0"/>
      </w:tblPr>
      <w:tblGrid>
        <w:gridCol w:w="4978"/>
        <w:gridCol w:w="5516"/>
      </w:tblGrid>
      <w:tr w:rsidR="00D55379" w:rsidRPr="00570644" w14:paraId="4F10CA5B" w14:textId="77777777" w:rsidTr="004D57F2">
        <w:trPr>
          <w:trHeight w:val="495"/>
          <w:jc w:val="center"/>
        </w:trPr>
        <w:tc>
          <w:tcPr>
            <w:tcW w:w="4978" w:type="dxa"/>
          </w:tcPr>
          <w:p w14:paraId="3AC7D1FF" w14:textId="77777777" w:rsidR="00D55379" w:rsidRPr="00570644" w:rsidRDefault="00D55379" w:rsidP="00D55379">
            <w:pPr>
              <w:pStyle w:val="Heading1"/>
              <w:tabs>
                <w:tab w:val="left" w:pos="1133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Cs/>
                <w:sz w:val="25"/>
                <w:szCs w:val="25"/>
              </w:rPr>
            </w:pPr>
            <w:r w:rsidRPr="00570644">
              <w:rPr>
                <w:rFonts w:ascii="Times New Roman" w:hAnsi="Times New Roman" w:cs="Times New Roman"/>
                <w:b w:val="0"/>
                <w:bCs w:val="0"/>
                <w:iCs/>
                <w:sz w:val="25"/>
                <w:szCs w:val="25"/>
              </w:rPr>
              <w:t>BỘ NÔNG NGHIỆP VÀ MÔI TRƯỜNG</w:t>
            </w:r>
          </w:p>
          <w:p w14:paraId="1ED00798" w14:textId="77777777" w:rsidR="00D55379" w:rsidRPr="00570644" w:rsidRDefault="00D55379" w:rsidP="00D55379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570644">
              <w:rPr>
                <w:b/>
                <w:bCs/>
                <w:sz w:val="25"/>
                <w:szCs w:val="25"/>
              </w:rPr>
              <w:t>HỌC VIỆN NÔNG NGHIỆP VIỆT NAM</w:t>
            </w:r>
          </w:p>
        </w:tc>
        <w:tc>
          <w:tcPr>
            <w:tcW w:w="5516" w:type="dxa"/>
          </w:tcPr>
          <w:p w14:paraId="2DC01189" w14:textId="77777777" w:rsidR="00D55379" w:rsidRPr="00570644" w:rsidRDefault="00D55379" w:rsidP="00D55379">
            <w:pPr>
              <w:pStyle w:val="Heading6"/>
              <w:spacing w:before="0" w:line="240" w:lineRule="auto"/>
              <w:jc w:val="center"/>
              <w:rPr>
                <w:sz w:val="25"/>
                <w:szCs w:val="25"/>
              </w:rPr>
            </w:pPr>
            <w:r w:rsidRPr="00570644">
              <w:rPr>
                <w:sz w:val="25"/>
                <w:szCs w:val="25"/>
              </w:rPr>
              <w:t>CỘNG HÒA XÃ HỘI CHỦ NGHĨA VIỆT NAM</w:t>
            </w:r>
          </w:p>
          <w:p w14:paraId="3C6D7AE7" w14:textId="77777777" w:rsidR="00D55379" w:rsidRPr="00570644" w:rsidRDefault="00D55379" w:rsidP="00D55379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570644">
              <w:rPr>
                <w:b/>
                <w:bCs/>
                <w:sz w:val="25"/>
                <w:szCs w:val="25"/>
              </w:rPr>
              <w:t>Độc lập – Tự do – Hạnh phúc</w:t>
            </w:r>
          </w:p>
        </w:tc>
      </w:tr>
      <w:tr w:rsidR="00D55379" w:rsidRPr="00570644" w14:paraId="7C693E02" w14:textId="77777777" w:rsidTr="004D57F2">
        <w:trPr>
          <w:trHeight w:val="247"/>
          <w:jc w:val="center"/>
        </w:trPr>
        <w:tc>
          <w:tcPr>
            <w:tcW w:w="4978" w:type="dxa"/>
          </w:tcPr>
          <w:p w14:paraId="522FE81D" w14:textId="77777777" w:rsidR="00D55379" w:rsidRPr="00570644" w:rsidRDefault="00D55379" w:rsidP="00D55379">
            <w:pPr>
              <w:spacing w:after="0" w:line="240" w:lineRule="auto"/>
              <w:jc w:val="center"/>
              <w:rPr>
                <w:b/>
                <w:bCs/>
                <w:sz w:val="25"/>
                <w:szCs w:val="25"/>
              </w:rPr>
            </w:pPr>
            <w:r w:rsidRPr="00570644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C7CCF08" wp14:editId="0B1F4CF0">
                      <wp:simplePos x="0" y="0"/>
                      <wp:positionH relativeFrom="column">
                        <wp:posOffset>573305</wp:posOffset>
                      </wp:positionH>
                      <wp:positionV relativeFrom="paragraph">
                        <wp:posOffset>28575</wp:posOffset>
                      </wp:positionV>
                      <wp:extent cx="1853565" cy="0"/>
                      <wp:effectExtent l="0" t="0" r="13335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535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7C5DDB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15pt,2.25pt" to="191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516" w:type="dxa"/>
          </w:tcPr>
          <w:p w14:paraId="12E87F53" w14:textId="77777777" w:rsidR="00D55379" w:rsidRPr="00570644" w:rsidRDefault="00D55379" w:rsidP="00D55379">
            <w:pPr>
              <w:spacing w:after="0" w:line="240" w:lineRule="auto"/>
              <w:jc w:val="center"/>
              <w:rPr>
                <w:b/>
                <w:bCs/>
                <w:sz w:val="25"/>
                <w:szCs w:val="25"/>
              </w:rPr>
            </w:pPr>
            <w:r w:rsidRPr="00570644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AD73D5F" wp14:editId="3E5A4977">
                      <wp:simplePos x="0" y="0"/>
                      <wp:positionH relativeFrom="column">
                        <wp:posOffset>938430</wp:posOffset>
                      </wp:positionH>
                      <wp:positionV relativeFrom="paragraph">
                        <wp:posOffset>40640</wp:posOffset>
                      </wp:positionV>
                      <wp:extent cx="1453414" cy="0"/>
                      <wp:effectExtent l="0" t="0" r="7620" b="12700"/>
                      <wp:wrapNone/>
                      <wp:docPr id="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5341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01BABA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9pt,3.2pt" to="188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1753D03F" w14:textId="77777777" w:rsidR="00D55379" w:rsidRDefault="00D55379">
      <w:pPr>
        <w:spacing w:after="40"/>
        <w:jc w:val="center"/>
        <w:rPr>
          <w:b/>
          <w:sz w:val="28"/>
        </w:rPr>
      </w:pPr>
    </w:p>
    <w:p w14:paraId="15B6D801" w14:textId="4C669AF7" w:rsidR="005D031F" w:rsidRDefault="00E05792">
      <w:pPr>
        <w:spacing w:after="40"/>
        <w:jc w:val="center"/>
      </w:pPr>
      <w:r>
        <w:rPr>
          <w:b/>
          <w:sz w:val="28"/>
        </w:rPr>
        <w:t>CHƯƠNG TRÌNH ĐÀO T</w:t>
      </w:r>
      <w:r>
        <w:rPr>
          <w:b/>
          <w:sz w:val="28"/>
        </w:rPr>
        <w:t>Ạ</w:t>
      </w:r>
      <w:r>
        <w:rPr>
          <w:b/>
          <w:sz w:val="28"/>
        </w:rPr>
        <w:t>O TRÌNH Đ</w:t>
      </w:r>
      <w:r>
        <w:rPr>
          <w:b/>
          <w:sz w:val="28"/>
        </w:rPr>
        <w:t>Ộ</w:t>
      </w:r>
      <w:r>
        <w:rPr>
          <w:b/>
          <w:sz w:val="28"/>
        </w:rPr>
        <w:t xml:space="preserve"> Đ</w:t>
      </w:r>
      <w:r>
        <w:rPr>
          <w:b/>
          <w:sz w:val="28"/>
        </w:rPr>
        <w:t>Ạ</w:t>
      </w:r>
      <w:r>
        <w:rPr>
          <w:b/>
          <w:sz w:val="28"/>
        </w:rPr>
        <w:t>I H</w:t>
      </w:r>
      <w:r>
        <w:rPr>
          <w:b/>
          <w:sz w:val="28"/>
        </w:rPr>
        <w:t>Ọ</w:t>
      </w:r>
      <w:r>
        <w:rPr>
          <w:b/>
          <w:sz w:val="28"/>
        </w:rPr>
        <w:t>C</w:t>
      </w:r>
    </w:p>
    <w:p w14:paraId="2289543D" w14:textId="77777777" w:rsidR="005D031F" w:rsidRDefault="00E05792">
      <w:pPr>
        <w:spacing w:after="40"/>
        <w:jc w:val="center"/>
      </w:pPr>
      <w:r>
        <w:rPr>
          <w:b/>
          <w:sz w:val="28"/>
        </w:rPr>
        <w:t>NGÀNH ĐÀO T</w:t>
      </w:r>
      <w:r>
        <w:rPr>
          <w:b/>
          <w:sz w:val="28"/>
        </w:rPr>
        <w:t>Ạ</w:t>
      </w:r>
      <w:r>
        <w:rPr>
          <w:b/>
          <w:sz w:val="28"/>
        </w:rPr>
        <w:t>O: NGÔN NG</w:t>
      </w:r>
      <w:r>
        <w:rPr>
          <w:b/>
          <w:sz w:val="28"/>
        </w:rPr>
        <w:t>Ữ</w:t>
      </w:r>
      <w:r>
        <w:rPr>
          <w:b/>
          <w:sz w:val="28"/>
        </w:rPr>
        <w:t xml:space="preserve"> ANH</w:t>
      </w:r>
    </w:p>
    <w:p w14:paraId="097172A4" w14:textId="77777777" w:rsidR="005D031F" w:rsidRDefault="00E05792">
      <w:pPr>
        <w:spacing w:after="240"/>
        <w:jc w:val="center"/>
      </w:pPr>
      <w:r>
        <w:rPr>
          <w:i/>
        </w:rPr>
        <w:t>Hư</w:t>
      </w:r>
      <w:r>
        <w:rPr>
          <w:i/>
        </w:rPr>
        <w:t>ớ</w:t>
      </w:r>
      <w:r>
        <w:rPr>
          <w:i/>
        </w:rPr>
        <w:t>ng chuyên sâu 1: Đ</w:t>
      </w:r>
      <w:r>
        <w:rPr>
          <w:i/>
        </w:rPr>
        <w:t>ị</w:t>
      </w:r>
      <w:r>
        <w:rPr>
          <w:i/>
        </w:rPr>
        <w:t>nh hư</w:t>
      </w:r>
      <w:r>
        <w:rPr>
          <w:i/>
        </w:rPr>
        <w:t>ớ</w:t>
      </w:r>
      <w:r>
        <w:rPr>
          <w:i/>
        </w:rPr>
        <w:t>ng Gi</w:t>
      </w:r>
      <w:r>
        <w:rPr>
          <w:i/>
        </w:rPr>
        <w:t>ả</w:t>
      </w:r>
      <w:r>
        <w:rPr>
          <w:i/>
        </w:rPr>
        <w:t>ng d</w:t>
      </w:r>
      <w:r>
        <w:rPr>
          <w:i/>
        </w:rPr>
        <w:t>ạ</w:t>
      </w:r>
      <w:r>
        <w:rPr>
          <w:i/>
        </w:rPr>
        <w:t>y ti</w:t>
      </w:r>
      <w:r>
        <w:rPr>
          <w:i/>
        </w:rPr>
        <w:t>ế</w:t>
      </w:r>
      <w:r>
        <w:rPr>
          <w:i/>
        </w:rPr>
        <w:t>ng Anh</w:t>
      </w:r>
      <w:r>
        <w:rPr>
          <w:i/>
        </w:rPr>
        <w:br/>
        <w:t>Hư</w:t>
      </w:r>
      <w:r>
        <w:rPr>
          <w:i/>
        </w:rPr>
        <w:t>ớ</w:t>
      </w:r>
      <w:r>
        <w:rPr>
          <w:i/>
        </w:rPr>
        <w:t>ng chuyên sâu 2: Đ</w:t>
      </w:r>
      <w:r>
        <w:rPr>
          <w:i/>
        </w:rPr>
        <w:t>ị</w:t>
      </w:r>
      <w:r>
        <w:rPr>
          <w:i/>
        </w:rPr>
        <w:t>nh hư</w:t>
      </w:r>
      <w:r>
        <w:rPr>
          <w:i/>
        </w:rPr>
        <w:t>ớ</w:t>
      </w:r>
      <w:r>
        <w:rPr>
          <w:i/>
        </w:rPr>
        <w:t>ng Du l</w:t>
      </w:r>
      <w:r>
        <w:rPr>
          <w:i/>
        </w:rPr>
        <w:t>ị</w:t>
      </w:r>
      <w:r>
        <w:rPr>
          <w:i/>
        </w:rPr>
        <w:t>ch</w:t>
      </w:r>
    </w:p>
    <w:p w14:paraId="6047C62F" w14:textId="77777777" w:rsidR="005D031F" w:rsidRDefault="00E05792">
      <w:pPr>
        <w:spacing w:after="80"/>
        <w:jc w:val="center"/>
      </w:pPr>
      <w:r>
        <w:rPr>
          <w:b/>
          <w:sz w:val="28"/>
        </w:rPr>
        <w:t>Đ</w:t>
      </w:r>
      <w:r>
        <w:rPr>
          <w:b/>
          <w:sz w:val="28"/>
        </w:rPr>
        <w:t>Ề</w:t>
      </w:r>
      <w:r>
        <w:rPr>
          <w:b/>
          <w:sz w:val="28"/>
        </w:rPr>
        <w:t xml:space="preserve"> CƯƠNG CHI TI</w:t>
      </w:r>
      <w:r>
        <w:rPr>
          <w:b/>
          <w:sz w:val="28"/>
        </w:rPr>
        <w:t>Ế</w:t>
      </w:r>
      <w:r>
        <w:rPr>
          <w:b/>
          <w:sz w:val="28"/>
        </w:rPr>
        <w:t>T H</w:t>
      </w:r>
      <w:r>
        <w:rPr>
          <w:b/>
          <w:sz w:val="28"/>
        </w:rPr>
        <w:t>Ọ</w:t>
      </w:r>
      <w:r>
        <w:rPr>
          <w:b/>
          <w:sz w:val="28"/>
        </w:rPr>
        <w:t>C PH</w:t>
      </w:r>
      <w:r>
        <w:rPr>
          <w:b/>
          <w:sz w:val="28"/>
        </w:rPr>
        <w:t>Ầ</w:t>
      </w:r>
      <w:r>
        <w:rPr>
          <w:b/>
          <w:sz w:val="28"/>
        </w:rPr>
        <w:t>N</w:t>
      </w:r>
    </w:p>
    <w:p w14:paraId="3C8AD34A" w14:textId="77777777" w:rsidR="005D031F" w:rsidRDefault="00E05792">
      <w:pPr>
        <w:spacing w:after="280"/>
        <w:jc w:val="center"/>
      </w:pPr>
      <w:r>
        <w:rPr>
          <w:b/>
          <w:sz w:val="26"/>
        </w:rPr>
        <w:t>DN93015: PHƯƠNG PHÁP NGHIÊN C</w:t>
      </w:r>
      <w:r>
        <w:rPr>
          <w:b/>
          <w:sz w:val="26"/>
        </w:rPr>
        <w:t>Ứ</w:t>
      </w:r>
      <w:r>
        <w:rPr>
          <w:b/>
          <w:sz w:val="26"/>
        </w:rPr>
        <w:t>U KHOA H</w:t>
      </w:r>
      <w:r>
        <w:rPr>
          <w:b/>
          <w:sz w:val="26"/>
        </w:rPr>
        <w:t>Ọ</w:t>
      </w:r>
      <w:r>
        <w:rPr>
          <w:b/>
          <w:sz w:val="26"/>
        </w:rPr>
        <w:t>C</w:t>
      </w:r>
      <w:r>
        <w:rPr>
          <w:b/>
          <w:sz w:val="26"/>
        </w:rPr>
        <w:br/>
        <w:t>(SCIENTIFIC RESEARCH METHODS)</w:t>
      </w:r>
    </w:p>
    <w:p w14:paraId="34D88C09" w14:textId="77777777" w:rsidR="005D031F" w:rsidRDefault="00E05792">
      <w:pPr>
        <w:spacing w:before="120" w:after="80"/>
      </w:pPr>
      <w:r>
        <w:rPr>
          <w:b/>
        </w:rPr>
        <w:t>I. Thông tin v</w:t>
      </w:r>
      <w:r>
        <w:rPr>
          <w:b/>
        </w:rPr>
        <w:t>ề</w:t>
      </w:r>
      <w:r>
        <w:rPr>
          <w:b/>
        </w:rPr>
        <w:t xml:space="preserve">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p w14:paraId="7280FA0D" w14:textId="77777777" w:rsidR="005D031F" w:rsidRDefault="00E05792">
      <w:pPr>
        <w:spacing w:after="60"/>
      </w:pPr>
      <w:r>
        <w:t>H</w:t>
      </w:r>
      <w:r>
        <w:t>ọ</w:t>
      </w:r>
      <w:r>
        <w:t>c kì: 3</w:t>
      </w:r>
    </w:p>
    <w:p w14:paraId="5905BB2F" w14:textId="77777777" w:rsidR="005D031F" w:rsidRDefault="00E05792">
      <w:pPr>
        <w:spacing w:after="60"/>
      </w:pPr>
      <w:r>
        <w:t>Tín ch</w:t>
      </w:r>
      <w:r>
        <w:t>ỉ</w:t>
      </w:r>
      <w:r>
        <w:t>: 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 xml:space="preserve"> 03 (Lý thuy</w:t>
      </w:r>
      <w:r>
        <w:t>ế</w:t>
      </w:r>
      <w:r>
        <w:t>t 3 – Th</w:t>
      </w:r>
      <w:r>
        <w:t>ự</w:t>
      </w:r>
      <w:r>
        <w:t>c hành 0)</w:t>
      </w:r>
    </w:p>
    <w:p w14:paraId="4BEADAA8" w14:textId="77777777" w:rsidR="005D031F" w:rsidRDefault="00E05792">
      <w:pPr>
        <w:spacing w:after="60"/>
      </w:pPr>
      <w:r>
        <w:t>Gi</w:t>
      </w:r>
      <w:r>
        <w:t>ờ</w:t>
      </w:r>
      <w:r>
        <w:t xml:space="preserve"> h</w:t>
      </w:r>
      <w:r>
        <w:t>ọ</w:t>
      </w:r>
      <w:r>
        <w:t>c t</w:t>
      </w:r>
      <w:r>
        <w:t>ậ</w:t>
      </w:r>
      <w:r>
        <w:t>p: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0"/>
        <w:gridCol w:w="2266"/>
        <w:gridCol w:w="2549"/>
      </w:tblGrid>
      <w:tr w:rsidR="005D031F" w14:paraId="4D1A2DF2" w14:textId="77777777">
        <w:trPr>
          <w:cantSplit/>
          <w:tblHeader/>
          <w:jc w:val="center"/>
        </w:trPr>
        <w:tc>
          <w:tcPr>
            <w:tcW w:w="4535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D33E0B" w14:textId="77777777" w:rsidR="005D031F" w:rsidRDefault="00E05792" w:rsidP="00890782">
            <w:pPr>
              <w:spacing w:after="0"/>
              <w:jc w:val="center"/>
            </w:pPr>
            <w:r>
              <w:rPr>
                <w:b/>
              </w:rPr>
              <w:t>Ho</w:t>
            </w:r>
            <w:r>
              <w:rPr>
                <w:b/>
              </w:rPr>
              <w:t>ạ</w:t>
            </w:r>
            <w:r>
              <w:rPr>
                <w:b/>
              </w:rPr>
              <w:t>t đ</w:t>
            </w:r>
            <w:r>
              <w:rPr>
                <w:b/>
              </w:rPr>
              <w:t>ộ</w:t>
            </w:r>
            <w:r>
              <w:rPr>
                <w:b/>
              </w:rPr>
              <w:t>ng h</w:t>
            </w:r>
            <w:r>
              <w:rPr>
                <w:b/>
              </w:rPr>
              <w:t>ọ</w:t>
            </w:r>
            <w:r>
              <w:rPr>
                <w:b/>
              </w:rPr>
              <w:t>c t</w:t>
            </w:r>
            <w:r>
              <w:rPr>
                <w:b/>
              </w:rPr>
              <w:t>ậ</w:t>
            </w:r>
            <w:r>
              <w:rPr>
                <w:b/>
              </w:rPr>
              <w:t>p</w:t>
            </w:r>
          </w:p>
        </w:tc>
        <w:tc>
          <w:tcPr>
            <w:tcW w:w="2268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FFEBC3" w14:textId="77777777" w:rsidR="005D031F" w:rsidRDefault="00E05792" w:rsidP="00890782">
            <w:pPr>
              <w:spacing w:after="0"/>
              <w:jc w:val="center"/>
            </w:pPr>
            <w:r>
              <w:rPr>
                <w:b/>
              </w:rPr>
              <w:t>Gi</w:t>
            </w:r>
            <w:r>
              <w:rPr>
                <w:b/>
              </w:rPr>
              <w:t>ờ</w:t>
            </w:r>
            <w:r>
              <w:rPr>
                <w:b/>
              </w:rPr>
              <w:t xml:space="preserve"> chu</w:t>
            </w:r>
            <w:r>
              <w:rPr>
                <w:b/>
              </w:rPr>
              <w:t>ẩ</w:t>
            </w:r>
            <w:r>
              <w:rPr>
                <w:b/>
              </w:rPr>
              <w:t>n (ti</w:t>
            </w:r>
            <w:r>
              <w:rPr>
                <w:b/>
              </w:rPr>
              <w:t>ế</w:t>
            </w:r>
            <w:r>
              <w:rPr>
                <w:b/>
              </w:rPr>
              <w:t>t)</w:t>
            </w:r>
          </w:p>
        </w:tc>
        <w:tc>
          <w:tcPr>
            <w:tcW w:w="255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4616C" w14:textId="77777777" w:rsidR="005D031F" w:rsidRDefault="00E05792" w:rsidP="00890782">
            <w:pPr>
              <w:spacing w:after="0"/>
              <w:jc w:val="center"/>
            </w:pPr>
            <w:r>
              <w:rPr>
                <w:b/>
              </w:rPr>
              <w:t>Gi</w:t>
            </w:r>
            <w:r>
              <w:rPr>
                <w:b/>
              </w:rPr>
              <w:t>ờ</w:t>
            </w:r>
            <w:r>
              <w:rPr>
                <w:b/>
              </w:rPr>
              <w:t xml:space="preserve"> th</w:t>
            </w:r>
            <w:r>
              <w:rPr>
                <w:b/>
              </w:rPr>
              <w:t>ự</w:t>
            </w:r>
            <w:r>
              <w:rPr>
                <w:b/>
              </w:rPr>
              <w:t>c t</w:t>
            </w:r>
            <w:r>
              <w:rPr>
                <w:b/>
              </w:rPr>
              <w:t>ế</w:t>
            </w:r>
            <w:r>
              <w:rPr>
                <w:b/>
              </w:rPr>
              <w:t xml:space="preserve"> (ti</w:t>
            </w:r>
            <w:r>
              <w:rPr>
                <w:b/>
              </w:rPr>
              <w:t>ế</w:t>
            </w:r>
            <w:r>
              <w:rPr>
                <w:b/>
              </w:rPr>
              <w:t>t)</w:t>
            </w:r>
          </w:p>
        </w:tc>
      </w:tr>
      <w:tr w:rsidR="005D031F" w14:paraId="628A52C7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618239" w14:textId="77777777" w:rsidR="005D031F" w:rsidRDefault="00E05792" w:rsidP="00890782">
            <w:pPr>
              <w:spacing w:after="0"/>
            </w:pPr>
            <w:r>
              <w:t>H</w:t>
            </w:r>
            <w:r>
              <w:t>ọ</w:t>
            </w:r>
            <w:r>
              <w:t>c lý thuy</w:t>
            </w:r>
            <w:r>
              <w:t>ế</w:t>
            </w:r>
            <w:r>
              <w:t>t trên l</w:t>
            </w:r>
            <w:r>
              <w:t>ớ</w:t>
            </w:r>
            <w:r>
              <w:t>p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CD6800" w14:textId="77777777" w:rsidR="005D031F" w:rsidRDefault="00E05792" w:rsidP="00890782">
            <w:pPr>
              <w:spacing w:after="0"/>
              <w:jc w:val="center"/>
            </w:pPr>
            <w:r>
              <w:t>30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1B90AE" w14:textId="77777777" w:rsidR="005D031F" w:rsidRDefault="00E05792" w:rsidP="00890782">
            <w:pPr>
              <w:spacing w:after="0"/>
              <w:jc w:val="center"/>
            </w:pPr>
            <w:r>
              <w:t>30</w:t>
            </w:r>
          </w:p>
        </w:tc>
      </w:tr>
      <w:tr w:rsidR="005D031F" w14:paraId="14173A45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9687E3" w14:textId="77777777" w:rsidR="005D031F" w:rsidRDefault="00E05792" w:rsidP="00890782">
            <w:pPr>
              <w:spacing w:after="0"/>
            </w:pPr>
            <w:r>
              <w:t>Làm bài t</w:t>
            </w:r>
            <w:r>
              <w:t>ậ</w:t>
            </w:r>
            <w:r>
              <w:t>p trên l</w:t>
            </w:r>
            <w:r>
              <w:t>ớ</w:t>
            </w:r>
            <w:r>
              <w:t>p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E8095F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BC6FBB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</w:tr>
      <w:tr w:rsidR="005D031F" w14:paraId="4292DD73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231ABE" w14:textId="77777777" w:rsidR="005D031F" w:rsidRDefault="00E05792" w:rsidP="00890782">
            <w:pPr>
              <w:spacing w:after="0"/>
            </w:pPr>
            <w:r>
              <w:t>Thuy</w:t>
            </w:r>
            <w:r>
              <w:t>ế</w:t>
            </w:r>
            <w:r>
              <w:t>t trình và th</w:t>
            </w:r>
            <w:r>
              <w:t>ả</w:t>
            </w:r>
            <w:r>
              <w:t>o lu</w:t>
            </w:r>
            <w:r>
              <w:t>ậ</w:t>
            </w:r>
            <w:r>
              <w:t>n trên l</w:t>
            </w:r>
            <w:r>
              <w:t>ớ</w:t>
            </w:r>
            <w:r>
              <w:t>p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C5D546" w14:textId="77777777" w:rsidR="005D031F" w:rsidRDefault="00E05792" w:rsidP="00890782">
            <w:pPr>
              <w:spacing w:after="0"/>
              <w:jc w:val="center"/>
            </w:pPr>
            <w:r>
              <w:t>15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93A7A3" w14:textId="77777777" w:rsidR="005D031F" w:rsidRDefault="00E05792" w:rsidP="00890782">
            <w:pPr>
              <w:spacing w:after="0"/>
              <w:jc w:val="center"/>
            </w:pPr>
            <w:r>
              <w:t>15</w:t>
            </w:r>
          </w:p>
        </w:tc>
      </w:tr>
      <w:tr w:rsidR="005D031F" w14:paraId="13A833A8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465853" w14:textId="77777777" w:rsidR="005D031F" w:rsidRDefault="00E05792" w:rsidP="00890782">
            <w:pPr>
              <w:spacing w:after="0"/>
            </w:pPr>
            <w:r>
              <w:t>Th</w:t>
            </w:r>
            <w:r>
              <w:t>ự</w:t>
            </w:r>
            <w:r>
              <w:t>c hành/th</w:t>
            </w:r>
            <w:r>
              <w:t>ự</w:t>
            </w:r>
            <w:r>
              <w:t>c t</w:t>
            </w:r>
            <w:r>
              <w:t>ậ</w:t>
            </w:r>
            <w:r>
              <w:t>p/thí nghi</w:t>
            </w:r>
            <w:r>
              <w:t>ệ</w:t>
            </w:r>
            <w:r>
              <w:t>m trong trư</w:t>
            </w:r>
            <w:r>
              <w:t>ờ</w:t>
            </w:r>
            <w:r>
              <w:t>ng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B72FF0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B6BE1E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</w:tr>
      <w:tr w:rsidR="005D031F" w14:paraId="30049C04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D28032" w14:textId="77777777" w:rsidR="005D031F" w:rsidRDefault="00E05792" w:rsidP="00890782">
            <w:pPr>
              <w:spacing w:after="0"/>
            </w:pPr>
            <w:r>
              <w:t>Th</w:t>
            </w:r>
            <w:r>
              <w:t>ự</w:t>
            </w:r>
            <w:r>
              <w:t>c t</w:t>
            </w:r>
            <w:r>
              <w:t>ậ</w:t>
            </w:r>
            <w:r>
              <w:t>p/th</w:t>
            </w:r>
            <w:r>
              <w:t>ự</w:t>
            </w:r>
            <w:r>
              <w:t>c t</w:t>
            </w:r>
            <w:r>
              <w:t>ế</w:t>
            </w:r>
            <w:r>
              <w:t xml:space="preserve"> ngoài trư</w:t>
            </w:r>
            <w:r>
              <w:t>ờ</w:t>
            </w:r>
            <w:r>
              <w:t>ng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8CDD49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1216E1" w14:textId="77777777" w:rsidR="005D031F" w:rsidRDefault="00E05792" w:rsidP="00890782">
            <w:pPr>
              <w:spacing w:after="0"/>
              <w:jc w:val="center"/>
            </w:pPr>
            <w:r>
              <w:t>0</w:t>
            </w:r>
          </w:p>
        </w:tc>
      </w:tr>
      <w:tr w:rsidR="005D031F" w14:paraId="15EA0A0F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E21D0B" w14:textId="77777777" w:rsidR="005D031F" w:rsidRDefault="00E05792" w:rsidP="00890782">
            <w:pPr>
              <w:spacing w:after="0"/>
            </w:pPr>
            <w:r>
              <w:t>Ki</w:t>
            </w:r>
            <w:r>
              <w:t>ể</w:t>
            </w:r>
            <w:r>
              <w:t>m tra đánh giá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8115CC" w14:textId="77777777" w:rsidR="005D031F" w:rsidRDefault="00E05792" w:rsidP="00890782">
            <w:pPr>
              <w:spacing w:after="0"/>
              <w:jc w:val="center"/>
            </w:pPr>
            <w:r>
              <w:t>-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2E150B" w14:textId="77777777" w:rsidR="005D031F" w:rsidRDefault="00E05792" w:rsidP="00890782">
            <w:pPr>
              <w:spacing w:after="0"/>
              <w:jc w:val="center"/>
            </w:pPr>
            <w:r>
              <w:t>-</w:t>
            </w:r>
          </w:p>
        </w:tc>
      </w:tr>
      <w:tr w:rsidR="005D031F" w14:paraId="6E6F773B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90AABB" w14:textId="77777777" w:rsidR="005D031F" w:rsidRDefault="00E05792" w:rsidP="00890782">
            <w:pPr>
              <w:spacing w:after="0"/>
            </w:pPr>
            <w:r>
              <w:t>Gi</w:t>
            </w:r>
            <w:r>
              <w:t>ờ</w:t>
            </w:r>
            <w:r>
              <w:t xml:space="preserve"> t</w:t>
            </w:r>
            <w:r>
              <w:t>ự</w:t>
            </w:r>
            <w:r>
              <w:t xml:space="preserve"> h</w:t>
            </w:r>
            <w:r>
              <w:t>ọ</w:t>
            </w:r>
            <w:r>
              <w:t>c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F29423" w14:textId="77777777" w:rsidR="005D031F" w:rsidRDefault="00E05792" w:rsidP="00890782">
            <w:pPr>
              <w:spacing w:after="0"/>
              <w:jc w:val="center"/>
            </w:pPr>
            <w:r>
              <w:t>-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29D223" w14:textId="77777777" w:rsidR="005D031F" w:rsidRDefault="00E05792" w:rsidP="00890782">
            <w:pPr>
              <w:spacing w:after="0"/>
              <w:jc w:val="center"/>
            </w:pPr>
            <w:r>
              <w:t>135</w:t>
            </w:r>
          </w:p>
        </w:tc>
      </w:tr>
      <w:tr w:rsidR="005D031F" w14:paraId="049FEC68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3E0F90" w14:textId="77777777" w:rsidR="005D031F" w:rsidRDefault="00E05792" w:rsidP="00890782">
            <w:pPr>
              <w:spacing w:after="0"/>
            </w:pPr>
            <w:r>
              <w:rPr>
                <w:b/>
              </w:rPr>
              <w:t>T</w:t>
            </w:r>
            <w:r>
              <w:rPr>
                <w:b/>
              </w:rPr>
              <w:t>ổ</w:t>
            </w:r>
            <w:r>
              <w:rPr>
                <w:b/>
              </w:rPr>
              <w:t>ng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ti</w:t>
            </w:r>
            <w:r>
              <w:rPr>
                <w:b/>
              </w:rPr>
              <w:t>ế</w:t>
            </w:r>
            <w:r>
              <w:rPr>
                <w:b/>
              </w:rPr>
              <w:t>t</w:t>
            </w:r>
          </w:p>
        </w:tc>
        <w:tc>
          <w:tcPr>
            <w:tcW w:w="226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E7EE56" w14:textId="77777777" w:rsidR="005D031F" w:rsidRDefault="00E05792" w:rsidP="00890782">
            <w:pPr>
              <w:spacing w:after="0"/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255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AF5013" w14:textId="77777777" w:rsidR="005D031F" w:rsidRDefault="00E05792" w:rsidP="00890782">
            <w:pPr>
              <w:spacing w:after="0"/>
              <w:jc w:val="center"/>
            </w:pPr>
            <w:r>
              <w:rPr>
                <w:b/>
              </w:rPr>
              <w:t>180</w:t>
            </w:r>
          </w:p>
        </w:tc>
      </w:tr>
    </w:tbl>
    <w:p w14:paraId="063CFCDE" w14:textId="77777777" w:rsidR="005D031F" w:rsidRDefault="005D031F">
      <w:pPr>
        <w:spacing w:after="60"/>
      </w:pPr>
    </w:p>
    <w:p w14:paraId="6CBD9521" w14:textId="77777777" w:rsidR="005D031F" w:rsidRDefault="00E05792">
      <w:pPr>
        <w:spacing w:after="60"/>
      </w:pPr>
      <w:r>
        <w:t>Đơn v</w:t>
      </w:r>
      <w:r>
        <w:t>ị</w:t>
      </w:r>
      <w:r>
        <w:t xml:space="preserve"> ph</w:t>
      </w:r>
      <w:r>
        <w:t>ụ</w:t>
      </w:r>
      <w:r>
        <w:t xml:space="preserve"> trách:</w:t>
      </w:r>
    </w:p>
    <w:p w14:paraId="400F13F1" w14:textId="77777777" w:rsidR="005D031F" w:rsidRDefault="00E05792">
      <w:pPr>
        <w:spacing w:after="60"/>
      </w:pPr>
      <w:r>
        <w:t>B</w:t>
      </w:r>
      <w:r>
        <w:t>ộ</w:t>
      </w:r>
      <w:r>
        <w:t xml:space="preserve"> môn: Qu</w:t>
      </w:r>
      <w:r>
        <w:t>ả</w:t>
      </w:r>
      <w:r>
        <w:t>n lý Du l</w:t>
      </w:r>
      <w:r>
        <w:t>ị</w:t>
      </w:r>
      <w:r>
        <w:t>ch và L</w:t>
      </w:r>
      <w:r>
        <w:t>ữ</w:t>
      </w:r>
      <w:r>
        <w:t xml:space="preserve"> hành</w:t>
      </w:r>
    </w:p>
    <w:p w14:paraId="1D7CCF42" w14:textId="77777777" w:rsidR="005D031F" w:rsidRDefault="00E05792">
      <w:pPr>
        <w:spacing w:after="60"/>
      </w:pPr>
      <w:r>
        <w:t>Khoa: Du l</w:t>
      </w:r>
      <w:r>
        <w:t>ị</w:t>
      </w:r>
      <w:r>
        <w:t>ch và Ngo</w:t>
      </w:r>
      <w:r>
        <w:t>ạ</w:t>
      </w:r>
      <w:r>
        <w:t>i ng</w:t>
      </w:r>
      <w:r>
        <w:t>ữ</w:t>
      </w:r>
    </w:p>
    <w:p w14:paraId="5827CE1F" w14:textId="77777777" w:rsidR="005D031F" w:rsidRDefault="00E05792">
      <w:pPr>
        <w:spacing w:after="60"/>
      </w:pPr>
      <w:r>
        <w:t>H</w:t>
      </w:r>
      <w:r>
        <w:t>ọ</w:t>
      </w:r>
      <w:r>
        <w:t>c ph</w:t>
      </w:r>
      <w:r>
        <w:t>ầ</w:t>
      </w:r>
      <w:r>
        <w:t>n thu</w:t>
      </w:r>
      <w:r>
        <w:t>ộ</w:t>
      </w:r>
      <w:r>
        <w:t>c kh</w:t>
      </w:r>
      <w:r>
        <w:t>ố</w:t>
      </w:r>
      <w:r>
        <w:t>i ki</w:t>
      </w:r>
      <w:r>
        <w:t>ế</w:t>
      </w:r>
      <w:r>
        <w:t>n th</w:t>
      </w:r>
      <w:r>
        <w:t>ứ</w:t>
      </w:r>
      <w:r>
        <w:t>c:</w:t>
      </w:r>
    </w:p>
    <w:p w14:paraId="20E66108" w14:textId="77777777" w:rsidR="00543CA8" w:rsidRDefault="00543CA8">
      <w:pPr>
        <w:spacing w:after="60"/>
      </w:pPr>
    </w:p>
    <w:p w14:paraId="4D5A4F45" w14:textId="77777777" w:rsidR="00543CA8" w:rsidRDefault="00543CA8">
      <w:pPr>
        <w:spacing w:after="60"/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1"/>
        <w:gridCol w:w="1161"/>
        <w:gridCol w:w="1161"/>
        <w:gridCol w:w="1191"/>
        <w:gridCol w:w="1191"/>
      </w:tblGrid>
      <w:tr w:rsidR="005D031F" w14:paraId="4970D524" w14:textId="77777777">
        <w:trPr>
          <w:cantSplit/>
          <w:tblHeader/>
          <w:jc w:val="center"/>
        </w:trPr>
        <w:tc>
          <w:tcPr>
            <w:tcW w:w="2422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1B6F7B" w14:textId="77777777" w:rsidR="005D031F" w:rsidRDefault="00E05792" w:rsidP="00890782">
            <w:pPr>
              <w:spacing w:after="0"/>
              <w:jc w:val="center"/>
            </w:pPr>
            <w:r>
              <w:lastRenderedPageBreak/>
              <w:t>Đ</w:t>
            </w:r>
            <w:r>
              <w:t>ạ</w:t>
            </w:r>
            <w:r>
              <w:t>i cương □</w:t>
            </w:r>
          </w:p>
        </w:tc>
        <w:tc>
          <w:tcPr>
            <w:tcW w:w="2422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906A98" w14:textId="77777777" w:rsidR="005D031F" w:rsidRDefault="00E05792" w:rsidP="00890782">
            <w:pPr>
              <w:spacing w:after="0"/>
              <w:jc w:val="center"/>
            </w:pPr>
            <w:r>
              <w:t>Cơ s</w:t>
            </w:r>
            <w:r>
              <w:t>ở</w:t>
            </w:r>
            <w:r>
              <w:t xml:space="preserve"> ngành ☑</w:t>
            </w:r>
          </w:p>
        </w:tc>
        <w:tc>
          <w:tcPr>
            <w:tcW w:w="2422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5629CE" w14:textId="77777777" w:rsidR="005D031F" w:rsidRDefault="00E05792" w:rsidP="00890782">
            <w:pPr>
              <w:spacing w:after="0"/>
              <w:jc w:val="center"/>
            </w:pPr>
            <w:r>
              <w:t>Chuyên ngành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8E7C7B" w14:textId="77777777" w:rsidR="005D031F" w:rsidRDefault="00E05792" w:rsidP="00890782">
            <w:pPr>
              <w:spacing w:after="0"/>
              <w:jc w:val="center"/>
            </w:pPr>
            <w:r>
              <w:t>Chuyên sâu 1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4A60D0" w14:textId="77777777" w:rsidR="005D031F" w:rsidRDefault="00E05792" w:rsidP="00890782">
            <w:pPr>
              <w:spacing w:after="0"/>
              <w:jc w:val="center"/>
            </w:pPr>
            <w:r>
              <w:t>Chuyên sâu 2 □</w:t>
            </w:r>
          </w:p>
        </w:tc>
      </w:tr>
      <w:tr w:rsidR="005D031F" w14:paraId="7662F548" w14:textId="77777777">
        <w:trPr>
          <w:cantSplit/>
          <w:jc w:val="center"/>
        </w:trPr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ADAE28" w14:textId="77777777" w:rsidR="005D031F" w:rsidRDefault="00E05792" w:rsidP="00890782">
            <w:pPr>
              <w:spacing w:after="0"/>
              <w:jc w:val="center"/>
            </w:pPr>
            <w:r>
              <w:t>B</w:t>
            </w:r>
            <w:r>
              <w:t>ắ</w:t>
            </w:r>
            <w:r>
              <w:t>t bu</w:t>
            </w:r>
            <w:r>
              <w:t>ộ</w:t>
            </w:r>
            <w:r>
              <w:t>c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FEF37A" w14:textId="77777777" w:rsidR="005D031F" w:rsidRDefault="00E05792" w:rsidP="00890782">
            <w:pPr>
              <w:spacing w:after="0"/>
              <w:jc w:val="center"/>
            </w:pPr>
            <w:r>
              <w:t>T</w:t>
            </w:r>
            <w:r>
              <w:t>ự</w:t>
            </w:r>
            <w:r>
              <w:t xml:space="preserve"> ch</w:t>
            </w:r>
            <w:r>
              <w:t>ọ</w:t>
            </w:r>
            <w:r>
              <w:t>n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CF329D" w14:textId="77777777" w:rsidR="005D031F" w:rsidRDefault="00E05792" w:rsidP="00890782">
            <w:pPr>
              <w:spacing w:after="0"/>
              <w:jc w:val="center"/>
            </w:pPr>
            <w:r>
              <w:t>B</w:t>
            </w:r>
            <w:r>
              <w:t>ắ</w:t>
            </w:r>
            <w:r>
              <w:t>t bu</w:t>
            </w:r>
            <w:r>
              <w:t>ộ</w:t>
            </w:r>
            <w:r>
              <w:t>c ☑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D579B7" w14:textId="77777777" w:rsidR="005D031F" w:rsidRDefault="00E05792" w:rsidP="00890782">
            <w:pPr>
              <w:spacing w:after="0"/>
              <w:jc w:val="center"/>
            </w:pPr>
            <w:r>
              <w:t>T</w:t>
            </w:r>
            <w:r>
              <w:t>ự</w:t>
            </w:r>
            <w:r>
              <w:t xml:space="preserve"> ch</w:t>
            </w:r>
            <w:r>
              <w:t>ọ</w:t>
            </w:r>
            <w:r>
              <w:t>n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AB42A9" w14:textId="77777777" w:rsidR="005D031F" w:rsidRDefault="00E05792" w:rsidP="00890782">
            <w:pPr>
              <w:spacing w:after="0"/>
              <w:jc w:val="center"/>
            </w:pPr>
            <w:r>
              <w:t>B</w:t>
            </w:r>
            <w:r>
              <w:t>ắ</w:t>
            </w:r>
            <w:r>
              <w:t>t bu</w:t>
            </w:r>
            <w:r>
              <w:t>ộ</w:t>
            </w:r>
            <w:r>
              <w:t>c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293DDE" w14:textId="77777777" w:rsidR="005D031F" w:rsidRDefault="00E05792" w:rsidP="00890782">
            <w:pPr>
              <w:spacing w:after="0"/>
              <w:jc w:val="center"/>
            </w:pPr>
            <w:r>
              <w:t>T</w:t>
            </w:r>
            <w:r>
              <w:t>ự</w:t>
            </w:r>
            <w:r>
              <w:t xml:space="preserve"> ch</w:t>
            </w:r>
            <w:r>
              <w:t>ọ</w:t>
            </w:r>
            <w:r>
              <w:t>n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37137D" w14:textId="77777777" w:rsidR="005D031F" w:rsidRDefault="00E05792" w:rsidP="00890782">
            <w:pPr>
              <w:spacing w:after="0"/>
              <w:jc w:val="center"/>
            </w:pPr>
            <w:r>
              <w:t>B</w:t>
            </w:r>
            <w:r>
              <w:t>ắ</w:t>
            </w:r>
            <w:r>
              <w:t>t bu</w:t>
            </w:r>
            <w:r>
              <w:t>ộ</w:t>
            </w:r>
            <w:r>
              <w:t>c □</w:t>
            </w:r>
          </w:p>
        </w:tc>
        <w:tc>
          <w:tcPr>
            <w:tcW w:w="121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F371D5" w14:textId="77777777" w:rsidR="005D031F" w:rsidRDefault="00E05792" w:rsidP="00890782">
            <w:pPr>
              <w:spacing w:after="0"/>
              <w:jc w:val="center"/>
            </w:pPr>
            <w:r>
              <w:t>T</w:t>
            </w:r>
            <w:r>
              <w:t>ự</w:t>
            </w:r>
            <w:r>
              <w:t xml:space="preserve"> ch</w:t>
            </w:r>
            <w:r>
              <w:t>ọ</w:t>
            </w:r>
            <w:r>
              <w:t>n □</w:t>
            </w:r>
          </w:p>
        </w:tc>
      </w:tr>
    </w:tbl>
    <w:p w14:paraId="4D68C37E" w14:textId="77777777" w:rsidR="005D031F" w:rsidRDefault="005D031F">
      <w:pPr>
        <w:spacing w:after="60"/>
      </w:pPr>
    </w:p>
    <w:p w14:paraId="472087D3" w14:textId="77777777" w:rsidR="005D031F" w:rsidRDefault="00E05792">
      <w:pPr>
        <w:spacing w:after="60"/>
      </w:pPr>
      <w:r>
        <w:t>H</w:t>
      </w:r>
      <w:r>
        <w:t>ọ</w:t>
      </w:r>
      <w:r>
        <w:t>c ph</w:t>
      </w:r>
      <w:r>
        <w:t>ầ</w:t>
      </w:r>
      <w:r>
        <w:t>n h</w:t>
      </w:r>
      <w:r>
        <w:t>ọ</w:t>
      </w:r>
      <w:r>
        <w:t>c song hành: Không</w:t>
      </w:r>
    </w:p>
    <w:p w14:paraId="46077554" w14:textId="77777777" w:rsidR="005D031F" w:rsidRDefault="00E05792">
      <w:pPr>
        <w:spacing w:after="60"/>
      </w:pPr>
      <w:r>
        <w:t>H</w:t>
      </w:r>
      <w:r>
        <w:t>ọ</w:t>
      </w:r>
      <w:r>
        <w:t>c ph</w:t>
      </w:r>
      <w:r>
        <w:t>ầ</w:t>
      </w:r>
      <w:r>
        <w:t>n tiên quy</w:t>
      </w:r>
      <w:r>
        <w:t>ế</w:t>
      </w:r>
      <w:r>
        <w:t>t: Không</w:t>
      </w:r>
    </w:p>
    <w:p w14:paraId="272D02E4" w14:textId="77777777" w:rsidR="005D031F" w:rsidRDefault="00E05792">
      <w:pPr>
        <w:spacing w:after="60"/>
      </w:pPr>
      <w:r>
        <w:t>Ngôn ng</w:t>
      </w:r>
      <w:r>
        <w:t>ữ</w:t>
      </w:r>
      <w:r>
        <w:t xml:space="preserve"> gi</w:t>
      </w:r>
      <w:r>
        <w:t>ả</w:t>
      </w:r>
      <w:r>
        <w:t>ng d</w:t>
      </w:r>
      <w:r>
        <w:t>ạ</w:t>
      </w:r>
      <w:r>
        <w:t>y: Ti</w:t>
      </w:r>
      <w:r>
        <w:t>ế</w:t>
      </w:r>
      <w:r>
        <w:t>ng Anh □   Ti</w:t>
      </w:r>
      <w:r>
        <w:t>ế</w:t>
      </w:r>
      <w:r>
        <w:t>ng Vi</w:t>
      </w:r>
      <w:r>
        <w:t>ệ</w:t>
      </w:r>
      <w:r>
        <w:t>t ☑</w:t>
      </w:r>
    </w:p>
    <w:p w14:paraId="04D4A379" w14:textId="77777777" w:rsidR="005D031F" w:rsidRDefault="00E05792">
      <w:pPr>
        <w:spacing w:before="200" w:after="80"/>
      </w:pPr>
      <w:r>
        <w:rPr>
          <w:b/>
        </w:rPr>
        <w:t>II.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c</w:t>
      </w:r>
      <w:r>
        <w:rPr>
          <w:b/>
        </w:rPr>
        <w:t>ủ</w:t>
      </w:r>
      <w:r>
        <w:rPr>
          <w:b/>
        </w:rPr>
        <w:t>a chương trình đào t</w:t>
      </w:r>
      <w:r>
        <w:rPr>
          <w:b/>
        </w:rPr>
        <w:t>ạ</w:t>
      </w:r>
      <w:r>
        <w:rPr>
          <w:b/>
        </w:rPr>
        <w:t>o (PLO), m</w:t>
      </w:r>
      <w:r>
        <w:rPr>
          <w:b/>
        </w:rPr>
        <w:t>ụ</w:t>
      </w:r>
      <w:r>
        <w:rPr>
          <w:b/>
        </w:rPr>
        <w:t>c tiêu và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 (CLO)</w:t>
      </w:r>
    </w:p>
    <w:p w14:paraId="6C9006BC" w14:textId="77777777" w:rsidR="005D031F" w:rsidRDefault="00E05792">
      <w:pPr>
        <w:spacing w:before="80" w:after="80"/>
      </w:pPr>
      <w:r>
        <w:rPr>
          <w:b/>
        </w:rPr>
        <w:t>2.1. Các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và ch</w:t>
      </w:r>
      <w:r>
        <w:rPr>
          <w:b/>
        </w:rPr>
        <w:t>ỉ</w:t>
      </w:r>
      <w:r>
        <w:rPr>
          <w:b/>
        </w:rPr>
        <w:t xml:space="preserve"> báo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c</w:t>
      </w:r>
      <w:r>
        <w:rPr>
          <w:b/>
        </w:rPr>
        <w:t>ủ</w:t>
      </w:r>
      <w:r>
        <w:rPr>
          <w:b/>
        </w:rPr>
        <w:t>a chương trình đào t</w:t>
      </w:r>
      <w:r>
        <w:rPr>
          <w:b/>
        </w:rPr>
        <w:t>ạ</w:t>
      </w:r>
      <w:r>
        <w:rPr>
          <w:b/>
        </w:rPr>
        <w:t>o (PI) mà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 đóng góp</w:t>
      </w:r>
    </w:p>
    <w:p w14:paraId="6C5F59D3" w14:textId="77777777" w:rsidR="005D031F" w:rsidRDefault="00E05792">
      <w:pPr>
        <w:spacing w:after="80"/>
        <w:jc w:val="center"/>
      </w:pPr>
      <w:r>
        <w:rPr>
          <w:b/>
          <w:i/>
        </w:rPr>
        <w:t>B</w:t>
      </w:r>
      <w:r>
        <w:rPr>
          <w:b/>
          <w:i/>
        </w:rPr>
        <w:t>ả</w:t>
      </w:r>
      <w:r>
        <w:rPr>
          <w:b/>
          <w:i/>
        </w:rPr>
        <w:t>ng 1. M</w:t>
      </w:r>
      <w:r>
        <w:rPr>
          <w:b/>
          <w:i/>
        </w:rPr>
        <w:t>ứ</w:t>
      </w:r>
      <w:r>
        <w:rPr>
          <w:b/>
          <w:i/>
        </w:rPr>
        <w:t>c đ</w:t>
      </w:r>
      <w:r>
        <w:rPr>
          <w:b/>
          <w:i/>
        </w:rPr>
        <w:t>ộ</w:t>
      </w:r>
      <w:r>
        <w:rPr>
          <w:b/>
          <w:i/>
        </w:rPr>
        <w:t xml:space="preserve"> đóng góp c</w:t>
      </w:r>
      <w:r>
        <w:rPr>
          <w:b/>
          <w:i/>
        </w:rPr>
        <w:t>ủ</w:t>
      </w:r>
      <w:r>
        <w:rPr>
          <w:b/>
          <w:i/>
        </w:rPr>
        <w:t>a h</w:t>
      </w:r>
      <w:r>
        <w:rPr>
          <w:b/>
          <w:i/>
        </w:rPr>
        <w:t>ọ</w:t>
      </w:r>
      <w:r>
        <w:rPr>
          <w:b/>
          <w:i/>
        </w:rPr>
        <w:t>c ph</w:t>
      </w:r>
      <w:r>
        <w:rPr>
          <w:b/>
          <w:i/>
        </w:rPr>
        <w:t>ầ</w:t>
      </w:r>
      <w:r>
        <w:rPr>
          <w:b/>
          <w:i/>
        </w:rPr>
        <w:t>n cho Chu</w:t>
      </w:r>
      <w:r>
        <w:rPr>
          <w:b/>
          <w:i/>
        </w:rPr>
        <w:t>ẩ</w:t>
      </w:r>
      <w:r>
        <w:rPr>
          <w:b/>
          <w:i/>
        </w:rPr>
        <w:t>n đ</w:t>
      </w:r>
      <w:r>
        <w:rPr>
          <w:b/>
          <w:i/>
        </w:rPr>
        <w:t>ầ</w:t>
      </w:r>
      <w:r>
        <w:rPr>
          <w:b/>
          <w:i/>
        </w:rPr>
        <w:t>u ra c</w:t>
      </w:r>
      <w:r>
        <w:rPr>
          <w:b/>
          <w:i/>
        </w:rPr>
        <w:t>ủ</w:t>
      </w:r>
      <w:r>
        <w:rPr>
          <w:b/>
          <w:i/>
        </w:rPr>
        <w:t>a CTĐT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398"/>
        <w:gridCol w:w="4247"/>
        <w:gridCol w:w="1700"/>
      </w:tblGrid>
      <w:tr w:rsidR="005D031F" w14:paraId="40CE2953" w14:textId="77777777">
        <w:trPr>
          <w:cantSplit/>
          <w:tblHeader/>
          <w:jc w:val="center"/>
        </w:trPr>
        <w:tc>
          <w:tcPr>
            <w:tcW w:w="3402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05D37D" w14:textId="77777777" w:rsidR="005D031F" w:rsidRDefault="00E05792" w:rsidP="00543CA8">
            <w:pPr>
              <w:spacing w:after="0"/>
              <w:jc w:val="center"/>
            </w:pPr>
            <w:r>
              <w:rPr>
                <w:b/>
              </w:rPr>
              <w:t>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CTĐT</w:t>
            </w:r>
          </w:p>
        </w:tc>
        <w:tc>
          <w:tcPr>
            <w:tcW w:w="4252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8F222C" w14:textId="77777777" w:rsidR="005D031F" w:rsidRDefault="00E05792" w:rsidP="00543CA8">
            <w:pPr>
              <w:spacing w:after="0"/>
              <w:jc w:val="center"/>
            </w:pPr>
            <w:r>
              <w:rPr>
                <w:b/>
              </w:rPr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CTĐT</w:t>
            </w:r>
          </w:p>
        </w:tc>
        <w:tc>
          <w:tcPr>
            <w:tcW w:w="170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1EE1ED" w14:textId="77777777" w:rsidR="005D031F" w:rsidRDefault="00E05792" w:rsidP="00543CA8">
            <w:pPr>
              <w:spacing w:after="0"/>
              <w:jc w:val="center"/>
            </w:pPr>
            <w:r>
              <w:rPr>
                <w:b/>
              </w:rPr>
              <w:t>M</w:t>
            </w:r>
            <w:r>
              <w:rPr>
                <w:b/>
              </w:rPr>
              <w:t>ứ</w:t>
            </w:r>
            <w:r>
              <w:rPr>
                <w:b/>
              </w:rPr>
              <w:t>c đ</w:t>
            </w:r>
            <w:r>
              <w:rPr>
                <w:b/>
              </w:rPr>
              <w:t>ộ</w:t>
            </w:r>
            <w:r>
              <w:rPr>
                <w:b/>
              </w:rPr>
              <w:t xml:space="preserve"> đóng góp c</w:t>
            </w:r>
            <w:r>
              <w:rPr>
                <w:b/>
              </w:rPr>
              <w:t>ủ</w:t>
            </w:r>
            <w:r>
              <w:rPr>
                <w:b/>
              </w:rPr>
              <w:t>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cho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CTĐT</w:t>
            </w:r>
          </w:p>
        </w:tc>
      </w:tr>
      <w:tr w:rsidR="005D031F" w14:paraId="5F6A4E51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142207" w14:textId="77777777" w:rsidR="005D031F" w:rsidRDefault="00E05792" w:rsidP="00543CA8">
            <w:pPr>
              <w:spacing w:after="0"/>
            </w:pPr>
            <w:r>
              <w:rPr>
                <w:b/>
              </w:rPr>
              <w:t>Ki</w:t>
            </w:r>
            <w:r>
              <w:rPr>
                <w:b/>
              </w:rPr>
              <w:t>ế</w:t>
            </w:r>
            <w:r>
              <w:rPr>
                <w:b/>
              </w:rPr>
              <w:t>n th</w:t>
            </w:r>
            <w:r>
              <w:rPr>
                <w:b/>
              </w:rPr>
              <w:t>ứ</w:t>
            </w:r>
            <w:r>
              <w:rPr>
                <w:b/>
              </w:rPr>
              <w:t>c chung</w:t>
            </w:r>
          </w:p>
        </w:tc>
      </w:tr>
      <w:tr w:rsidR="005D031F" w14:paraId="4410637C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4B6939" w14:textId="77777777" w:rsidR="005D031F" w:rsidRDefault="00E05792" w:rsidP="00543CA8">
            <w:pPr>
              <w:spacing w:after="0"/>
            </w:pPr>
            <w:r>
              <w:rPr>
                <w:b/>
              </w:rPr>
              <w:t>Ki</w:t>
            </w:r>
            <w:r>
              <w:rPr>
                <w:b/>
              </w:rPr>
              <w:t>ế</w:t>
            </w:r>
            <w:r>
              <w:rPr>
                <w:b/>
              </w:rPr>
              <w:t>n th</w:t>
            </w:r>
            <w:r>
              <w:rPr>
                <w:b/>
              </w:rPr>
              <w:t>ứ</w:t>
            </w:r>
            <w:r>
              <w:rPr>
                <w:b/>
              </w:rPr>
              <w:t>c chuyên môn</w:t>
            </w:r>
          </w:p>
        </w:tc>
      </w:tr>
      <w:tr w:rsidR="005D031F" w14:paraId="49808E8B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C5533B" w14:textId="77777777" w:rsidR="005D031F" w:rsidRDefault="00E05792" w:rsidP="00543CA8">
            <w:pPr>
              <w:spacing w:after="0"/>
            </w:pPr>
            <w:r>
              <w:t>PLO3. L</w:t>
            </w:r>
            <w:r>
              <w:t>ự</w:t>
            </w:r>
            <w:r>
              <w:t>a ch</w:t>
            </w:r>
            <w:r>
              <w:t>ọ</w:t>
            </w:r>
            <w:r>
              <w:t>n các tài li</w:t>
            </w:r>
            <w:r>
              <w:t>ệ</w:t>
            </w:r>
            <w:r>
              <w:t>u, s</w:t>
            </w:r>
            <w:r>
              <w:t>ả</w:t>
            </w:r>
            <w:r>
              <w:t>n ph</w:t>
            </w:r>
            <w:r>
              <w:t>ẩ</w:t>
            </w:r>
            <w:r>
              <w:t>m phù h</w:t>
            </w:r>
            <w:r>
              <w:t>ợ</w:t>
            </w:r>
            <w:r>
              <w:t>p v</w:t>
            </w:r>
            <w:r>
              <w:t>ớ</w:t>
            </w:r>
            <w:r>
              <w:t>i các lĩnh v</w:t>
            </w:r>
            <w:r>
              <w:t>ự</w:t>
            </w:r>
            <w:r>
              <w:t>c c</w:t>
            </w:r>
            <w:r>
              <w:t>ủ</w:t>
            </w:r>
            <w:r>
              <w:t>a ngành Ngôn ng</w:t>
            </w:r>
            <w:r>
              <w:t>ữ</w:t>
            </w:r>
            <w:r>
              <w:t xml:space="preserve"> Anh.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16C758" w14:textId="77777777" w:rsidR="005D031F" w:rsidRDefault="00E05792" w:rsidP="00543CA8">
            <w:pPr>
              <w:spacing w:after="0"/>
            </w:pPr>
            <w:r>
              <w:t>PI3.4. L</w:t>
            </w:r>
            <w:r>
              <w:t>ự</w:t>
            </w:r>
            <w:r>
              <w:t>a ch</w:t>
            </w:r>
            <w:r>
              <w:t>ọ</w:t>
            </w:r>
            <w:r>
              <w:t>n các tài li</w:t>
            </w:r>
            <w:r>
              <w:t>ệ</w:t>
            </w:r>
            <w:r>
              <w:t>u và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phù h</w:t>
            </w:r>
            <w:r>
              <w:t>ợ</w:t>
            </w:r>
            <w:r>
              <w:t>p ph</w:t>
            </w:r>
            <w:r>
              <w:t>ụ</w:t>
            </w:r>
            <w:r>
              <w:t>c v</w:t>
            </w:r>
            <w:r>
              <w:t>ụ</w:t>
            </w:r>
            <w:r>
              <w:t xml:space="preserve"> ho</w:t>
            </w:r>
            <w:r>
              <w:t>ạ</w:t>
            </w:r>
            <w:r>
              <w:t>t đ</w:t>
            </w:r>
            <w:r>
              <w:t>ộ</w:t>
            </w:r>
            <w:r>
              <w:t>ng chuyên môn.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EA2453" w14:textId="77777777" w:rsidR="005D031F" w:rsidRDefault="00E05792" w:rsidP="00543CA8">
            <w:pPr>
              <w:spacing w:after="0"/>
              <w:jc w:val="center"/>
            </w:pPr>
            <w:r>
              <w:t>R</w:t>
            </w:r>
          </w:p>
        </w:tc>
      </w:tr>
      <w:tr w:rsidR="005D031F" w14:paraId="211FB461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E95737" w14:textId="77777777" w:rsidR="005D031F" w:rsidRDefault="00E05792" w:rsidP="00543CA8">
            <w:pPr>
              <w:spacing w:after="0"/>
            </w:pPr>
            <w:r>
              <w:t>PLO4.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và phát tri</w:t>
            </w:r>
            <w:r>
              <w:t>ể</w:t>
            </w:r>
            <w:r>
              <w:t>n các tài li</w:t>
            </w:r>
            <w:r>
              <w:t>ệ</w:t>
            </w:r>
            <w:r>
              <w:t>u, s</w:t>
            </w:r>
            <w:r>
              <w:t>ả</w:t>
            </w:r>
            <w:r>
              <w:t>n ph</w:t>
            </w:r>
            <w:r>
              <w:t>ẩ</w:t>
            </w:r>
            <w:r>
              <w:t>m phù h</w:t>
            </w:r>
            <w:r>
              <w:t>ợ</w:t>
            </w:r>
            <w:r>
              <w:t>p trong các lĩnh v</w:t>
            </w:r>
            <w:r>
              <w:t>ự</w:t>
            </w:r>
            <w:r>
              <w:t>c Gi</w:t>
            </w:r>
            <w:r>
              <w:t>ả</w:t>
            </w:r>
            <w:r>
              <w:t>ng d</w:t>
            </w:r>
            <w:r>
              <w:t>ạ</w:t>
            </w:r>
            <w:r>
              <w:t>y ti</w:t>
            </w:r>
            <w:r>
              <w:t>ế</w:t>
            </w:r>
            <w:r>
              <w:t>ng Anh, Qu</w:t>
            </w:r>
            <w:r>
              <w:t>ả</w:t>
            </w:r>
            <w:r>
              <w:t>n tr</w:t>
            </w:r>
            <w:r>
              <w:t>ị</w:t>
            </w:r>
            <w:r>
              <w:t xml:space="preserve"> văn phòng, Du l</w:t>
            </w:r>
            <w:r>
              <w:t>ị</w:t>
            </w:r>
            <w:r>
              <w:t>ch và Nghiên c</w:t>
            </w:r>
            <w:r>
              <w:t>ứ</w:t>
            </w:r>
            <w:r>
              <w:t>u khoa h</w:t>
            </w:r>
            <w:r>
              <w:t>ọ</w:t>
            </w:r>
            <w:r>
              <w:t xml:space="preserve">c đáp </w:t>
            </w:r>
            <w:r>
              <w:t>ứ</w:t>
            </w:r>
            <w:r>
              <w:t>ng yêu c</w:t>
            </w:r>
            <w:r>
              <w:t>ầ</w:t>
            </w:r>
            <w:r>
              <w:t>u công vi</w:t>
            </w:r>
            <w:r>
              <w:t>ệ</w:t>
            </w:r>
            <w:r>
              <w:t>c.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C3C854" w14:textId="77777777" w:rsidR="005D031F" w:rsidRDefault="00E05792" w:rsidP="00543CA8">
            <w:pPr>
              <w:spacing w:after="0"/>
            </w:pPr>
            <w:r>
              <w:t>PI4.4.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các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phù h</w:t>
            </w:r>
            <w:r>
              <w:t>ợ</w:t>
            </w:r>
            <w:r>
              <w:t xml:space="preserve">p đáp </w:t>
            </w:r>
            <w:r>
              <w:t>ứ</w:t>
            </w:r>
            <w:r>
              <w:t>ng yêu c</w:t>
            </w:r>
            <w:r>
              <w:t>ầ</w:t>
            </w:r>
            <w:r>
              <w:t>u công vi</w:t>
            </w:r>
            <w:r>
              <w:t>ệ</w:t>
            </w:r>
            <w:r>
              <w:t>c.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E8EED8" w14:textId="77777777" w:rsidR="005D031F" w:rsidRDefault="00E05792" w:rsidP="00543CA8">
            <w:pPr>
              <w:spacing w:after="0"/>
              <w:jc w:val="center"/>
            </w:pPr>
            <w:r>
              <w:t>R</w:t>
            </w:r>
          </w:p>
        </w:tc>
      </w:tr>
      <w:tr w:rsidR="005D031F" w14:paraId="379D3D0C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57B3E5" w14:textId="77777777" w:rsidR="005D031F" w:rsidRDefault="00E05792" w:rsidP="00543CA8">
            <w:pPr>
              <w:spacing w:after="0"/>
            </w:pPr>
            <w:r>
              <w:rPr>
                <w:b/>
              </w:rPr>
              <w:t>K</w:t>
            </w:r>
            <w:r>
              <w:rPr>
                <w:b/>
              </w:rPr>
              <w:t>ỹ</w:t>
            </w:r>
            <w:r>
              <w:rPr>
                <w:b/>
              </w:rPr>
              <w:t xml:space="preserve"> năng chung</w:t>
            </w:r>
          </w:p>
        </w:tc>
      </w:tr>
      <w:tr w:rsidR="005D031F" w14:paraId="1A270A79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3BBB92" w14:textId="77777777" w:rsidR="005D031F" w:rsidRDefault="00E05792" w:rsidP="00543CA8">
            <w:pPr>
              <w:spacing w:after="0"/>
            </w:pPr>
            <w:r>
              <w:t>PLO6.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thành th</w:t>
            </w:r>
            <w:r>
              <w:t>ạ</w:t>
            </w:r>
            <w:r>
              <w:t>o ti</w:t>
            </w:r>
            <w:r>
              <w:t>ế</w:t>
            </w:r>
            <w:r>
              <w:t>ng Anh trong công vi</w:t>
            </w:r>
            <w:r>
              <w:t>ệ</w:t>
            </w:r>
            <w:r>
              <w:t>c;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vào phân tích, t</w:t>
            </w:r>
            <w:r>
              <w:t>ổ</w:t>
            </w:r>
            <w:r>
              <w:t>ng h</w:t>
            </w:r>
            <w:r>
              <w:t>ợ</w:t>
            </w:r>
            <w:r>
              <w:t>p thông tin, thuy</w:t>
            </w:r>
            <w:r>
              <w:t>ế</w:t>
            </w:r>
            <w:r>
              <w:t>t trình, vi</w:t>
            </w:r>
            <w:r>
              <w:t>ế</w:t>
            </w:r>
            <w:r>
              <w:t>t thư tín, vi</w:t>
            </w:r>
            <w:r>
              <w:t>ế</w:t>
            </w:r>
            <w:r>
              <w:t>t báo cáo khoa h</w:t>
            </w:r>
            <w:r>
              <w:t>ọ</w:t>
            </w:r>
            <w:r>
              <w:t>c và làm vi</w:t>
            </w:r>
            <w:r>
              <w:t>ệ</w:t>
            </w:r>
            <w:r>
              <w:t>c nhóm.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978B15" w14:textId="77777777" w:rsidR="005D031F" w:rsidRDefault="00E05792" w:rsidP="00543CA8">
            <w:pPr>
              <w:spacing w:after="0"/>
            </w:pPr>
            <w:r>
              <w:t>PI6.2.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vào phân tích, t</w:t>
            </w:r>
            <w:r>
              <w:t>ổ</w:t>
            </w:r>
            <w:r>
              <w:t>ng h</w:t>
            </w:r>
            <w:r>
              <w:t>ợ</w:t>
            </w:r>
            <w:r>
              <w:t>p thông tin, thuy</w:t>
            </w:r>
            <w:r>
              <w:t>ế</w:t>
            </w:r>
            <w:r>
              <w:t>t trình, vi</w:t>
            </w:r>
            <w:r>
              <w:t>ế</w:t>
            </w:r>
            <w:r>
              <w:t>t thư tín, vi</w:t>
            </w:r>
            <w:r>
              <w:t>ế</w:t>
            </w:r>
            <w:r>
              <w:t>t báo cáo khoa h</w:t>
            </w:r>
            <w:r>
              <w:t>ọ</w:t>
            </w:r>
            <w:r>
              <w:t>c và làm vi</w:t>
            </w:r>
            <w:r>
              <w:t>ệ</w:t>
            </w:r>
            <w:r>
              <w:t>c nhóm.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BF8390" w14:textId="77777777" w:rsidR="005D031F" w:rsidRDefault="00E05792" w:rsidP="00543CA8">
            <w:pPr>
              <w:spacing w:after="0"/>
              <w:jc w:val="center"/>
            </w:pPr>
            <w:r>
              <w:t>R</w:t>
            </w:r>
          </w:p>
        </w:tc>
      </w:tr>
      <w:tr w:rsidR="005D031F" w14:paraId="5DE5C1BB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C991A8" w14:textId="77777777" w:rsidR="005D031F" w:rsidRDefault="00E05792" w:rsidP="00543CA8">
            <w:pPr>
              <w:spacing w:after="0"/>
            </w:pPr>
            <w:r>
              <w:rPr>
                <w:b/>
              </w:rPr>
              <w:lastRenderedPageBreak/>
              <w:t>K</w:t>
            </w:r>
            <w:r>
              <w:rPr>
                <w:b/>
              </w:rPr>
              <w:t>ỹ</w:t>
            </w:r>
            <w:r>
              <w:rPr>
                <w:b/>
              </w:rPr>
              <w:t xml:space="preserve"> năng chuyên môn</w:t>
            </w:r>
          </w:p>
        </w:tc>
      </w:tr>
      <w:tr w:rsidR="005D031F" w14:paraId="51D68405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460BC2" w14:textId="77777777" w:rsidR="005D031F" w:rsidRDefault="00E05792" w:rsidP="00543CA8">
            <w:pPr>
              <w:spacing w:after="0"/>
            </w:pPr>
            <w:r>
              <w:t>PLO7. Th</w:t>
            </w:r>
            <w:r>
              <w:t>ự</w:t>
            </w:r>
            <w:r>
              <w:t>c hi</w:t>
            </w:r>
            <w:r>
              <w:t>ệ</w:t>
            </w:r>
            <w:r>
              <w:t>n thành th</w:t>
            </w:r>
            <w:r>
              <w:t>ạ</w:t>
            </w:r>
            <w:r>
              <w:t>o các ho</w:t>
            </w:r>
            <w:r>
              <w:t>ạ</w:t>
            </w:r>
            <w:r>
              <w:t>t đ</w:t>
            </w:r>
            <w:r>
              <w:t>ộ</w:t>
            </w:r>
            <w:r>
              <w:t>ng chuyên môn trong các lĩnh v</w:t>
            </w:r>
            <w:r>
              <w:t>ự</w:t>
            </w:r>
            <w:r>
              <w:t>c Gi</w:t>
            </w:r>
            <w:r>
              <w:t>ả</w:t>
            </w:r>
            <w:r>
              <w:t>ng d</w:t>
            </w:r>
            <w:r>
              <w:t>ạ</w:t>
            </w:r>
            <w:r>
              <w:t>y ti</w:t>
            </w:r>
            <w:r>
              <w:t>ế</w:t>
            </w:r>
            <w:r>
              <w:t>ng Anh, Qu</w:t>
            </w:r>
            <w:r>
              <w:t>ả</w:t>
            </w:r>
            <w:r>
              <w:t>n tr</w:t>
            </w:r>
            <w:r>
              <w:t>ị</w:t>
            </w:r>
            <w:r>
              <w:t xml:space="preserve"> văn phòng, Du l</w:t>
            </w:r>
            <w:r>
              <w:t>ị</w:t>
            </w:r>
            <w:r>
              <w:t>ch và Nghiên c</w:t>
            </w:r>
            <w:r>
              <w:t>ứ</w:t>
            </w:r>
            <w:r>
              <w:t>u khoa h</w:t>
            </w:r>
            <w:r>
              <w:t>ọ</w:t>
            </w:r>
            <w:r>
              <w:t>c.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3DEFBC" w14:textId="77777777" w:rsidR="005D031F" w:rsidRDefault="00E05792" w:rsidP="00543CA8">
            <w:pPr>
              <w:spacing w:after="0"/>
            </w:pPr>
            <w:r>
              <w:t>PI7.1. Th</w:t>
            </w:r>
            <w:r>
              <w:t>ự</w:t>
            </w:r>
            <w:r>
              <w:t>c hi</w:t>
            </w:r>
            <w:r>
              <w:t>ệ</w:t>
            </w:r>
            <w:r>
              <w:t>n hi</w:t>
            </w:r>
            <w:r>
              <w:t>ệ</w:t>
            </w:r>
            <w:r>
              <w:t>u qu</w:t>
            </w:r>
            <w:r>
              <w:t>ả</w:t>
            </w:r>
            <w:r>
              <w:t xml:space="preserve"> các ho</w:t>
            </w:r>
            <w:r>
              <w:t>ạ</w:t>
            </w:r>
            <w:r>
              <w:t>t đ</w:t>
            </w:r>
            <w:r>
              <w:t>ộ</w:t>
            </w:r>
            <w:r>
              <w:t>ng d</w:t>
            </w:r>
            <w:r>
              <w:t>ạ</w:t>
            </w:r>
            <w:r>
              <w:t>y h</w:t>
            </w:r>
            <w:r>
              <w:t>ọ</w:t>
            </w:r>
            <w:r>
              <w:t>c và các ho</w:t>
            </w:r>
            <w:r>
              <w:t>ạ</w:t>
            </w:r>
            <w:r>
              <w:t>t đ</w:t>
            </w:r>
            <w:r>
              <w:t>ộ</w:t>
            </w:r>
            <w:r>
              <w:t>ng nghiên c</w:t>
            </w:r>
            <w:r>
              <w:t>ứ</w:t>
            </w:r>
            <w:r>
              <w:t>u khoa h</w:t>
            </w:r>
            <w:r>
              <w:t>ọ</w:t>
            </w:r>
            <w:r>
              <w:t>c liên quan đ</w:t>
            </w:r>
            <w:r>
              <w:t>ế</w:t>
            </w:r>
            <w:r>
              <w:t>n gi</w:t>
            </w:r>
            <w:r>
              <w:t>ả</w:t>
            </w:r>
            <w:r>
              <w:t>ng d</w:t>
            </w:r>
            <w:r>
              <w:t>ạ</w:t>
            </w:r>
            <w:r>
              <w:t>y ti</w:t>
            </w:r>
            <w:r>
              <w:t>ế</w:t>
            </w:r>
            <w:r>
              <w:t>ng Anh.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22EC78" w14:textId="77777777" w:rsidR="005D031F" w:rsidRDefault="00E05792" w:rsidP="00543CA8">
            <w:pPr>
              <w:spacing w:after="0"/>
              <w:jc w:val="center"/>
            </w:pPr>
            <w:r>
              <w:t>R</w:t>
            </w:r>
          </w:p>
        </w:tc>
      </w:tr>
      <w:tr w:rsidR="005D031F" w14:paraId="1240A59A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939826" w14:textId="77777777" w:rsidR="005D031F" w:rsidRDefault="00E05792" w:rsidP="00543CA8">
            <w:pPr>
              <w:spacing w:after="0"/>
            </w:pPr>
            <w:r>
              <w:rPr>
                <w:b/>
              </w:rPr>
              <w:t>Năng l</w:t>
            </w:r>
            <w:r>
              <w:rPr>
                <w:b/>
              </w:rPr>
              <w:t>ự</w:t>
            </w:r>
            <w:r>
              <w:rPr>
                <w:b/>
              </w:rPr>
              <w:t>c t</w:t>
            </w:r>
            <w:r>
              <w:rPr>
                <w:b/>
              </w:rPr>
              <w:t>ự</w:t>
            </w:r>
            <w:r>
              <w:rPr>
                <w:b/>
              </w:rPr>
              <w:t xml:space="preserve"> ch</w:t>
            </w:r>
            <w:r>
              <w:rPr>
                <w:b/>
              </w:rPr>
              <w:t>ủ</w:t>
            </w:r>
            <w:r>
              <w:rPr>
                <w:b/>
              </w:rPr>
              <w:t xml:space="preserve"> và trách nhi</w:t>
            </w:r>
            <w:r>
              <w:rPr>
                <w:b/>
              </w:rPr>
              <w:t>ệ</w:t>
            </w:r>
            <w:r>
              <w:rPr>
                <w:b/>
              </w:rPr>
              <w:t>m</w:t>
            </w:r>
          </w:p>
        </w:tc>
      </w:tr>
      <w:tr w:rsidR="005D031F" w14:paraId="731A1082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1DB679" w14:textId="77777777" w:rsidR="005D031F" w:rsidRDefault="00E05792" w:rsidP="00543CA8">
            <w:pPr>
              <w:spacing w:after="0"/>
            </w:pPr>
            <w:r>
              <w:t>PLO9.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ý th</w:t>
            </w:r>
            <w:r>
              <w:t>ứ</w:t>
            </w:r>
            <w:r>
              <w:t>c h</w:t>
            </w:r>
            <w:r>
              <w:t>ọ</w:t>
            </w:r>
            <w:r>
              <w:t>c t</w:t>
            </w:r>
            <w:r>
              <w:t>ậ</w:t>
            </w:r>
            <w:r>
              <w:t>p su</w:t>
            </w:r>
            <w:r>
              <w:t>ố</w:t>
            </w:r>
            <w:r>
              <w:t>t đ</w:t>
            </w:r>
            <w:r>
              <w:t>ờ</w:t>
            </w:r>
            <w:r>
              <w:t>i, tinh th</w:t>
            </w:r>
            <w:r>
              <w:t>ầ</w:t>
            </w:r>
            <w:r>
              <w:t>n kh</w:t>
            </w:r>
            <w:r>
              <w:t>ở</w:t>
            </w:r>
            <w:r>
              <w:t>i nghi</w:t>
            </w:r>
            <w:r>
              <w:t>ệ</w:t>
            </w:r>
            <w:r>
              <w:t>p và đ</w:t>
            </w:r>
            <w:r>
              <w:t>ổ</w:t>
            </w:r>
            <w:r>
              <w:t>i m</w:t>
            </w:r>
            <w:r>
              <w:t>ớ</w:t>
            </w:r>
            <w:r>
              <w:t>i sáng t</w:t>
            </w:r>
            <w:r>
              <w:t>ạ</w:t>
            </w:r>
            <w:r>
              <w:t>o.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EE1C44" w14:textId="77777777" w:rsidR="005D031F" w:rsidRDefault="00E05792" w:rsidP="00543CA8">
            <w:pPr>
              <w:spacing w:after="0"/>
            </w:pPr>
            <w:r>
              <w:t>PI9.1.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thói quen t</w:t>
            </w:r>
            <w:r>
              <w:t>ự</w:t>
            </w:r>
            <w:r>
              <w:t xml:space="preserve"> h</w:t>
            </w:r>
            <w:r>
              <w:t>ọ</w:t>
            </w:r>
            <w:r>
              <w:t>c, t</w:t>
            </w:r>
            <w:r>
              <w:t>ự</w:t>
            </w:r>
            <w:r>
              <w:t xml:space="preserve"> nghiên c</w:t>
            </w:r>
            <w:r>
              <w:t>ứ</w:t>
            </w:r>
            <w:r>
              <w:t>u, nâng cao trình đ</w:t>
            </w:r>
            <w:r>
              <w:t>ộ</w:t>
            </w:r>
            <w:r>
              <w:t xml:space="preserve"> chuyên môn.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BF5484" w14:textId="77777777" w:rsidR="005D031F" w:rsidRDefault="00E05792" w:rsidP="00543CA8">
            <w:pPr>
              <w:spacing w:after="0"/>
              <w:jc w:val="center"/>
            </w:pPr>
            <w:r>
              <w:t>I</w:t>
            </w:r>
          </w:p>
        </w:tc>
      </w:tr>
    </w:tbl>
    <w:p w14:paraId="49F85325" w14:textId="77777777" w:rsidR="005D031F" w:rsidRDefault="005D031F">
      <w:pPr>
        <w:spacing w:after="60"/>
      </w:pPr>
    </w:p>
    <w:p w14:paraId="569A9F76" w14:textId="77777777" w:rsidR="005D031F" w:rsidRDefault="00E05792">
      <w:pPr>
        <w:spacing w:before="80" w:after="80"/>
      </w:pPr>
      <w:r>
        <w:rPr>
          <w:b/>
        </w:rPr>
        <w:t>2.2. M</w:t>
      </w:r>
      <w:r>
        <w:rPr>
          <w:b/>
        </w:rPr>
        <w:t>ụ</w:t>
      </w:r>
      <w:r>
        <w:rPr>
          <w:b/>
        </w:rPr>
        <w:t>c tiêu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p w14:paraId="04E456B9" w14:textId="77777777" w:rsidR="005D031F" w:rsidRDefault="00E05792" w:rsidP="00543CA8">
      <w:pPr>
        <w:spacing w:after="60"/>
        <w:jc w:val="both"/>
      </w:pPr>
      <w:r>
        <w:t>H</w:t>
      </w:r>
      <w:r>
        <w:t>ọ</w:t>
      </w:r>
      <w:r>
        <w:t>c ph</w:t>
      </w:r>
      <w:r>
        <w:t>ầ</w:t>
      </w:r>
      <w:r>
        <w:t>n cung c</w:t>
      </w:r>
      <w:r>
        <w:t>ấ</w:t>
      </w:r>
      <w:r>
        <w:t>p cho sinh viên ki</w:t>
      </w:r>
      <w:r>
        <w:t>ế</w:t>
      </w:r>
      <w:r>
        <w:t>n th</w:t>
      </w:r>
      <w:r>
        <w:t>ứ</w:t>
      </w:r>
      <w:r>
        <w:t>c n</w:t>
      </w:r>
      <w:r>
        <w:t>ề</w:t>
      </w:r>
      <w:r>
        <w:t>n t</w:t>
      </w:r>
      <w:r>
        <w:t>ả</w:t>
      </w:r>
      <w:r>
        <w:t>ng và h</w:t>
      </w:r>
      <w:r>
        <w:t>ệ</w:t>
      </w:r>
      <w:r>
        <w:t xml:space="preserve"> th</w:t>
      </w:r>
      <w:r>
        <w:t>ố</w:t>
      </w:r>
      <w:r>
        <w:t>ng v</w:t>
      </w:r>
      <w:r>
        <w:t>ề</w:t>
      </w:r>
      <w:r>
        <w:t xml:space="preserve"> phương pháp lu</w:t>
      </w:r>
      <w:r>
        <w:t>ậ</w:t>
      </w:r>
      <w:r>
        <w:t>n nghiên c</w:t>
      </w:r>
      <w:r>
        <w:t>ứ</w:t>
      </w:r>
      <w:r>
        <w:t>u khoa h</w:t>
      </w:r>
      <w:r>
        <w:t>ọ</w:t>
      </w:r>
      <w:r>
        <w:t>c, quy trình nghiên c</w:t>
      </w:r>
      <w:r>
        <w:t>ứ</w:t>
      </w:r>
      <w:r>
        <w:t>u, thi</w:t>
      </w:r>
      <w:r>
        <w:t>ế</w:t>
      </w:r>
      <w:r>
        <w:t>t k</w:t>
      </w:r>
      <w:r>
        <w:t>ế</w:t>
      </w:r>
      <w:r>
        <w:t xml:space="preserve"> nghiên c</w:t>
      </w:r>
      <w:r>
        <w:t>ứ</w:t>
      </w:r>
      <w:r>
        <w:t>u, các phương pháp thu th</w:t>
      </w:r>
      <w:r>
        <w:t>ậ</w:t>
      </w:r>
      <w:r>
        <w:t>p, x</w:t>
      </w:r>
      <w:r>
        <w:t>ử</w:t>
      </w:r>
      <w:r>
        <w:t xml:space="preserve"> lý và phân tích d</w:t>
      </w:r>
      <w:r>
        <w:t>ữ</w:t>
      </w:r>
      <w:r>
        <w:t xml:space="preserve"> li</w:t>
      </w:r>
      <w:r>
        <w:t>ệ</w:t>
      </w:r>
      <w:r>
        <w:t>u trong lĩnh v</w:t>
      </w:r>
      <w:r>
        <w:t>ự</w:t>
      </w:r>
      <w:r>
        <w:t>c Ngôn ng</w:t>
      </w:r>
      <w:r>
        <w:t>ữ</w:t>
      </w:r>
      <w:r>
        <w:t xml:space="preserve"> Anh và Gi</w:t>
      </w:r>
      <w:r>
        <w:t>ả</w:t>
      </w:r>
      <w:r>
        <w:t>ng d</w:t>
      </w:r>
      <w:r>
        <w:t>ạ</w:t>
      </w:r>
      <w:r>
        <w:t>y ti</w:t>
      </w:r>
      <w:r>
        <w:t>ế</w:t>
      </w:r>
      <w:r>
        <w:t>ng Anh. Đ</w:t>
      </w:r>
      <w:r>
        <w:t>ồ</w:t>
      </w:r>
      <w:r>
        <w:t>ng th</w:t>
      </w:r>
      <w:r>
        <w:t>ờ</w:t>
      </w:r>
      <w:r>
        <w:t>i, h</w:t>
      </w:r>
      <w:r>
        <w:t>ọ</w:t>
      </w:r>
      <w:r>
        <w:t>c ph</w:t>
      </w:r>
      <w:r>
        <w:t>ầ</w:t>
      </w:r>
      <w:r>
        <w:t>n rèn luy</w:t>
      </w:r>
      <w:r>
        <w:t>ệ</w:t>
      </w:r>
      <w:r>
        <w:t>n k</w:t>
      </w:r>
      <w:r>
        <w:t>ỹ</w:t>
      </w:r>
      <w:r>
        <w:t xml:space="preserve"> năng s</w:t>
      </w:r>
      <w:r>
        <w:t>ử</w:t>
      </w:r>
      <w:r>
        <w:t xml:space="preserve"> d</w:t>
      </w:r>
      <w:r>
        <w:t>ụ</w:t>
      </w:r>
      <w:r>
        <w:t>ng tư duy ph</w:t>
      </w:r>
      <w:r>
        <w:t>ả</w:t>
      </w:r>
      <w:r>
        <w:t>n bi</w:t>
      </w:r>
      <w:r>
        <w:t>ệ</w:t>
      </w:r>
      <w:r>
        <w:t>n, xây d</w:t>
      </w:r>
      <w:r>
        <w:t>ự</w:t>
      </w:r>
      <w:r>
        <w:t>ng đ</w:t>
      </w:r>
      <w:r>
        <w:t>ề</w:t>
      </w:r>
      <w:r>
        <w:t xml:space="preserve"> cương, phát tri</w:t>
      </w:r>
      <w:r>
        <w:t>ể</w:t>
      </w:r>
      <w:r>
        <w:t>n công c</w:t>
      </w:r>
      <w:r>
        <w:t>ụ</w:t>
      </w:r>
      <w:r>
        <w:t xml:space="preserve"> nghiên c</w:t>
      </w:r>
      <w:r>
        <w:t>ứ</w:t>
      </w:r>
      <w:r>
        <w:t>u, th</w:t>
      </w:r>
      <w:r>
        <w:t>ự</w:t>
      </w:r>
      <w:r>
        <w:t>c hi</w:t>
      </w:r>
      <w:r>
        <w:t>ệ</w:t>
      </w:r>
      <w:r>
        <w:t>n các ho</w:t>
      </w:r>
      <w:r>
        <w:t>ạ</w:t>
      </w:r>
      <w:r>
        <w:t>t đ</w:t>
      </w:r>
      <w:r>
        <w:t>ộ</w:t>
      </w:r>
      <w:r>
        <w:t>ng nghiên c</w:t>
      </w:r>
      <w:r>
        <w:t>ứ</w:t>
      </w:r>
      <w:r>
        <w:t>u khoa h</w:t>
      </w:r>
      <w:r>
        <w:t>ọ</w:t>
      </w:r>
      <w:r>
        <w:t>c và vi</w:t>
      </w:r>
      <w:r>
        <w:t>ế</w:t>
      </w:r>
      <w:r>
        <w:t>t báo cáo khoa h</w:t>
      </w:r>
      <w:r>
        <w:t>ọ</w:t>
      </w:r>
      <w:r>
        <w:t>c/khóa lu</w:t>
      </w:r>
      <w:r>
        <w:t>ậ</w:t>
      </w:r>
      <w:r>
        <w:t>n t</w:t>
      </w:r>
      <w:r>
        <w:t>ố</w:t>
      </w:r>
      <w:r>
        <w:t>t nghi</w:t>
      </w:r>
      <w:r>
        <w:t>ệ</w:t>
      </w:r>
      <w:r>
        <w:t>p. Bên c</w:t>
      </w:r>
      <w:r>
        <w:t>ạ</w:t>
      </w:r>
      <w:r>
        <w:t>nh đó, h</w:t>
      </w:r>
      <w:r>
        <w:t>ọ</w:t>
      </w:r>
      <w:r>
        <w:t>c ph</w:t>
      </w:r>
      <w:r>
        <w:t>ầ</w:t>
      </w:r>
      <w:r>
        <w:t>n hình thành thói quen t</w:t>
      </w:r>
      <w:r>
        <w:t>ự</w:t>
      </w:r>
      <w:r>
        <w:t xml:space="preserve"> h</w:t>
      </w:r>
      <w:r>
        <w:t>ọ</w:t>
      </w:r>
      <w:r>
        <w:t>c, t</w:t>
      </w:r>
      <w:r>
        <w:t>ự</w:t>
      </w:r>
      <w:r>
        <w:t xml:space="preserve"> nghiên c</w:t>
      </w:r>
      <w:r>
        <w:t>ứ</w:t>
      </w:r>
      <w:r>
        <w:t>u và nâng cao trình đ</w:t>
      </w:r>
      <w:r>
        <w:t>ộ</w:t>
      </w:r>
      <w:r>
        <w:t xml:space="preserve"> chuyên môn, đáp </w:t>
      </w:r>
      <w:r>
        <w:t>ứ</w:t>
      </w:r>
      <w:r>
        <w:t>ng yêu c</w:t>
      </w:r>
      <w:r>
        <w:t>ầ</w:t>
      </w:r>
      <w:r>
        <w:t>u công vi</w:t>
      </w:r>
      <w:r>
        <w:t>ệ</w:t>
      </w:r>
      <w:r>
        <w:t>c th</w:t>
      </w:r>
      <w:r>
        <w:t>ự</w:t>
      </w:r>
      <w:r>
        <w:t>c ti</w:t>
      </w:r>
      <w:r>
        <w:t>ễ</w:t>
      </w:r>
      <w:r>
        <w:t>n.</w:t>
      </w:r>
    </w:p>
    <w:p w14:paraId="46DFBD6A" w14:textId="77777777" w:rsidR="005D031F" w:rsidRDefault="005D031F">
      <w:pPr>
        <w:spacing w:after="60"/>
      </w:pPr>
    </w:p>
    <w:p w14:paraId="10726CEB" w14:textId="77777777" w:rsidR="005D031F" w:rsidRDefault="00E05792">
      <w:pPr>
        <w:spacing w:before="80" w:after="80"/>
      </w:pPr>
      <w:r>
        <w:rPr>
          <w:b/>
        </w:rPr>
        <w:t>2.3.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và ch</w:t>
      </w:r>
      <w:r>
        <w:rPr>
          <w:b/>
        </w:rPr>
        <w:t>ỉ</w:t>
      </w:r>
      <w:r>
        <w:rPr>
          <w:b/>
        </w:rPr>
        <w:t xml:space="preserve"> báo chu</w:t>
      </w:r>
      <w:r>
        <w:rPr>
          <w:b/>
        </w:rPr>
        <w:t>ẩ</w:t>
      </w:r>
      <w:r>
        <w:rPr>
          <w:b/>
        </w:rPr>
        <w:t>n đ</w:t>
      </w:r>
      <w:r>
        <w:rPr>
          <w:b/>
        </w:rPr>
        <w:t>ầ</w:t>
      </w:r>
      <w:r>
        <w:rPr>
          <w:b/>
        </w:rPr>
        <w:t>u ra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 (CI)</w:t>
      </w:r>
    </w:p>
    <w:p w14:paraId="10C92BF2" w14:textId="77777777" w:rsidR="005D031F" w:rsidRDefault="00E05792">
      <w:pPr>
        <w:spacing w:after="80"/>
        <w:jc w:val="center"/>
      </w:pPr>
      <w:r>
        <w:rPr>
          <w:b/>
          <w:i/>
        </w:rPr>
        <w:t>B</w:t>
      </w:r>
      <w:r>
        <w:rPr>
          <w:b/>
          <w:i/>
        </w:rPr>
        <w:t>ả</w:t>
      </w:r>
      <w:r>
        <w:rPr>
          <w:b/>
          <w:i/>
        </w:rPr>
        <w:t>ng 2. Chu</w:t>
      </w:r>
      <w:r>
        <w:rPr>
          <w:b/>
          <w:i/>
        </w:rPr>
        <w:t>ẩ</w:t>
      </w:r>
      <w:r>
        <w:rPr>
          <w:b/>
          <w:i/>
        </w:rPr>
        <w:t>n đ</w:t>
      </w:r>
      <w:r>
        <w:rPr>
          <w:b/>
          <w:i/>
        </w:rPr>
        <w:t>ầ</w:t>
      </w:r>
      <w:r>
        <w:rPr>
          <w:b/>
          <w:i/>
        </w:rPr>
        <w:t>u ra và ch</w:t>
      </w:r>
      <w:r>
        <w:rPr>
          <w:b/>
          <w:i/>
        </w:rPr>
        <w:t>ỉ</w:t>
      </w:r>
      <w:r>
        <w:rPr>
          <w:b/>
          <w:i/>
        </w:rPr>
        <w:t xml:space="preserve"> báo chu</w:t>
      </w:r>
      <w:r>
        <w:rPr>
          <w:b/>
          <w:i/>
        </w:rPr>
        <w:t>ẩ</w:t>
      </w:r>
      <w:r>
        <w:rPr>
          <w:b/>
          <w:i/>
        </w:rPr>
        <w:t>n đ</w:t>
      </w:r>
      <w:r>
        <w:rPr>
          <w:b/>
          <w:i/>
        </w:rPr>
        <w:t>ầ</w:t>
      </w:r>
      <w:r>
        <w:rPr>
          <w:b/>
          <w:i/>
        </w:rPr>
        <w:t>u ra h</w:t>
      </w:r>
      <w:r>
        <w:rPr>
          <w:b/>
          <w:i/>
        </w:rPr>
        <w:t>ọ</w:t>
      </w:r>
      <w:r>
        <w:rPr>
          <w:b/>
          <w:i/>
        </w:rPr>
        <w:t>c ph</w:t>
      </w:r>
      <w:r>
        <w:rPr>
          <w:b/>
          <w:i/>
        </w:rPr>
        <w:t>ầ</w:t>
      </w:r>
      <w:r>
        <w:rPr>
          <w:b/>
          <w:i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398"/>
        <w:gridCol w:w="4247"/>
        <w:gridCol w:w="1700"/>
      </w:tblGrid>
      <w:tr w:rsidR="005D031F" w14:paraId="258789F4" w14:textId="77777777">
        <w:trPr>
          <w:cantSplit/>
          <w:tblHeader/>
          <w:jc w:val="center"/>
        </w:trPr>
        <w:tc>
          <w:tcPr>
            <w:tcW w:w="3402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A79BB7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</w:t>
            </w:r>
          </w:p>
        </w:tc>
        <w:tc>
          <w:tcPr>
            <w:tcW w:w="4252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0D62D2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</w:t>
            </w:r>
          </w:p>
        </w:tc>
        <w:tc>
          <w:tcPr>
            <w:tcW w:w="170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94D3A0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CTĐT</w:t>
            </w:r>
          </w:p>
        </w:tc>
      </w:tr>
      <w:tr w:rsidR="005D031F" w14:paraId="0B482DF2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C40D89" w14:textId="77777777" w:rsidR="005D031F" w:rsidRDefault="00E05792" w:rsidP="00372781">
            <w:pPr>
              <w:spacing w:after="0"/>
            </w:pPr>
            <w:r>
              <w:rPr>
                <w:b/>
              </w:rPr>
              <w:t>Ki</w:t>
            </w:r>
            <w:r>
              <w:rPr>
                <w:b/>
              </w:rPr>
              <w:t>ế</w:t>
            </w:r>
            <w:r>
              <w:rPr>
                <w:b/>
              </w:rPr>
              <w:t>n th</w:t>
            </w:r>
            <w:r>
              <w:rPr>
                <w:b/>
              </w:rPr>
              <w:t>ứ</w:t>
            </w:r>
            <w:r>
              <w:rPr>
                <w:b/>
              </w:rPr>
              <w:t>c</w:t>
            </w:r>
          </w:p>
        </w:tc>
      </w:tr>
      <w:tr w:rsidR="005D031F" w14:paraId="4882B934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1742FA" w14:textId="77777777" w:rsidR="005D031F" w:rsidRDefault="00E05792" w:rsidP="00372781">
            <w:pPr>
              <w:spacing w:after="0"/>
            </w:pPr>
            <w:r>
              <w:t>CLO1. L</w:t>
            </w:r>
            <w:r>
              <w:t>ự</w:t>
            </w:r>
            <w:r>
              <w:t>a ch</w:t>
            </w:r>
            <w:r>
              <w:t>ọ</w:t>
            </w:r>
            <w:r>
              <w:t>n đư</w:t>
            </w:r>
            <w:r>
              <w:t>ợ</w:t>
            </w:r>
            <w:r>
              <w:t>c các tài li</w:t>
            </w:r>
            <w:r>
              <w:t>ệ</w:t>
            </w:r>
            <w:r>
              <w:t>u t</w:t>
            </w:r>
            <w:r>
              <w:t>ổ</w:t>
            </w:r>
            <w:r>
              <w:t>ng quan, ngu</w:t>
            </w:r>
            <w:r>
              <w:t>ồ</w:t>
            </w:r>
            <w:r>
              <w:t>n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và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phù h</w:t>
            </w:r>
            <w:r>
              <w:t>ợ</w:t>
            </w:r>
            <w:r>
              <w:t>p ph</w:t>
            </w:r>
            <w:r>
              <w:t>ụ</w:t>
            </w:r>
            <w:r>
              <w:t>c v</w:t>
            </w:r>
            <w:r>
              <w:t>ụ</w:t>
            </w:r>
            <w:r>
              <w:t xml:space="preserve"> ho</w:t>
            </w:r>
            <w:r>
              <w:t>ạ</w:t>
            </w:r>
            <w:r>
              <w:t>t đ</w:t>
            </w:r>
            <w:r>
              <w:t>ộ</w:t>
            </w:r>
            <w:r>
              <w:t>ng chuyên môn trong lĩnh v</w:t>
            </w:r>
            <w:r>
              <w:t>ự</w:t>
            </w:r>
            <w:r>
              <w:t>c Ngôn ng</w:t>
            </w:r>
            <w:r>
              <w:t>ữ</w:t>
            </w:r>
            <w:r>
              <w:t xml:space="preserve"> Anh.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715525" w14:textId="77777777" w:rsidR="005D031F" w:rsidRDefault="00E05792" w:rsidP="00372781">
            <w:pPr>
              <w:spacing w:after="0"/>
            </w:pPr>
            <w:r>
              <w:t>CI 1.1. Phân tích và l</w:t>
            </w:r>
            <w:r>
              <w:t>ự</w:t>
            </w:r>
            <w:r>
              <w:t>a ch</w:t>
            </w:r>
            <w:r>
              <w:t>ọ</w:t>
            </w:r>
            <w:r>
              <w:t>n đư</w:t>
            </w:r>
            <w:r>
              <w:t>ợ</w:t>
            </w:r>
            <w:r>
              <w:t>c các ngu</w:t>
            </w:r>
            <w:r>
              <w:t>ồ</w:t>
            </w:r>
            <w:r>
              <w:t>n tài li</w:t>
            </w:r>
            <w:r>
              <w:t>ệ</w:t>
            </w:r>
            <w:r>
              <w:t>u khoa h</w:t>
            </w:r>
            <w:r>
              <w:t>ọ</w:t>
            </w:r>
            <w:r>
              <w:t>c uy tín, phù h</w:t>
            </w:r>
            <w:r>
              <w:t>ợ</w:t>
            </w:r>
            <w:r>
              <w:t>p v</w:t>
            </w:r>
            <w:r>
              <w:t>ớ</w:t>
            </w:r>
            <w:r>
              <w:t>i m</w:t>
            </w:r>
            <w:r>
              <w:t>ụ</w:t>
            </w:r>
            <w:r>
              <w:t>c tiêu và ch</w:t>
            </w:r>
            <w:r>
              <w:t>ủ</w:t>
            </w:r>
            <w:r>
              <w:t xml:space="preserve">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 trong lĩnh v</w:t>
            </w:r>
            <w:r>
              <w:t>ự</w:t>
            </w:r>
            <w:r>
              <w:t>c Ngôn ng</w:t>
            </w:r>
            <w:r>
              <w:t>ữ</w:t>
            </w:r>
            <w:r>
              <w:t xml:space="preserve"> Anh.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DC7508" w14:textId="77777777" w:rsidR="005D031F" w:rsidRDefault="00E05792" w:rsidP="00372781">
            <w:pPr>
              <w:spacing w:after="0"/>
              <w:jc w:val="center"/>
            </w:pPr>
            <w:r>
              <w:t>PI3.4</w:t>
            </w:r>
          </w:p>
        </w:tc>
      </w:tr>
      <w:tr w:rsidR="005D031F" w14:paraId="610622ED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07DF20" w14:textId="77777777" w:rsidR="005D031F" w:rsidRDefault="005D031F" w:rsidP="00372781">
            <w:pPr>
              <w:spacing w:after="0"/>
            </w:pP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07A34A" w14:textId="77777777" w:rsidR="005D031F" w:rsidRDefault="00E05792" w:rsidP="00372781">
            <w:pPr>
              <w:spacing w:after="0"/>
            </w:pPr>
            <w:r>
              <w:t>CI 1.2. L</w:t>
            </w:r>
            <w:r>
              <w:t>ự</w:t>
            </w:r>
            <w:r>
              <w:t>a ch</w:t>
            </w:r>
            <w:r>
              <w:t>ọ</w:t>
            </w:r>
            <w:r>
              <w:t>n và t</w:t>
            </w:r>
            <w:r>
              <w:t>ổ</w:t>
            </w:r>
            <w:r>
              <w:t>ng h</w:t>
            </w:r>
            <w:r>
              <w:t>ợ</w:t>
            </w:r>
            <w:r>
              <w:t>p đư</w:t>
            </w:r>
            <w:r>
              <w:t>ợ</w:t>
            </w:r>
            <w:r>
              <w:t>c các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liên quan đ</w:t>
            </w:r>
            <w:r>
              <w:t>ể</w:t>
            </w:r>
            <w:r>
              <w:t xml:space="preserve"> xây d</w:t>
            </w:r>
            <w:r>
              <w:t>ự</w:t>
            </w:r>
            <w:r>
              <w:t>ng t</w:t>
            </w:r>
            <w:r>
              <w:t>ổ</w:t>
            </w:r>
            <w:r>
              <w:t>ng quan tài li</w:t>
            </w:r>
            <w:r>
              <w:t>ệ</w:t>
            </w:r>
            <w:r>
              <w:t>u và khung lý thuy</w:t>
            </w:r>
            <w:r>
              <w:t>ế</w:t>
            </w:r>
            <w:r>
              <w:t>t cho đ</w:t>
            </w:r>
            <w:r>
              <w:t>ề</w:t>
            </w:r>
            <w:r>
              <w:t xml:space="preserve"> tài.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1057D3" w14:textId="77777777" w:rsidR="005D031F" w:rsidRDefault="00E05792" w:rsidP="00372781">
            <w:pPr>
              <w:spacing w:after="0"/>
              <w:jc w:val="center"/>
            </w:pPr>
            <w:r>
              <w:t>PI3.4</w:t>
            </w:r>
          </w:p>
        </w:tc>
      </w:tr>
      <w:tr w:rsidR="005D031F" w14:paraId="1F9B88C8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76BFE1" w14:textId="77777777" w:rsidR="005D031F" w:rsidRDefault="00E05792" w:rsidP="00372781">
            <w:pPr>
              <w:spacing w:after="0"/>
            </w:pPr>
            <w:r>
              <w:t>CLO2.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đư</w:t>
            </w:r>
            <w:r>
              <w:t>ợ</w:t>
            </w:r>
            <w:r>
              <w:t>c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và các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phù h</w:t>
            </w:r>
            <w:r>
              <w:t>ợ</w:t>
            </w:r>
            <w:r>
              <w:t xml:space="preserve">p đáp </w:t>
            </w:r>
            <w:r>
              <w:t>ứ</w:t>
            </w:r>
            <w:r>
              <w:t>ng yêu c</w:t>
            </w:r>
            <w:r>
              <w:t>ầ</w:t>
            </w:r>
            <w:r>
              <w:t>u chuyên môn và công vi</w:t>
            </w:r>
            <w:r>
              <w:t>ệ</w:t>
            </w:r>
            <w:r>
              <w:t>c.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ABF627" w14:textId="77777777" w:rsidR="005D031F" w:rsidRDefault="00E05792" w:rsidP="00372781">
            <w:pPr>
              <w:spacing w:after="0"/>
            </w:pPr>
            <w:r>
              <w:t>CI 2.1.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đư</w:t>
            </w:r>
            <w:r>
              <w:t>ợ</w:t>
            </w:r>
            <w:r>
              <w:t>c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khoa h</w:t>
            </w:r>
            <w:r>
              <w:t>ọ</w:t>
            </w:r>
            <w:r>
              <w:t>c hoàn ch</w:t>
            </w:r>
            <w:r>
              <w:t>ỉ</w:t>
            </w:r>
            <w:r>
              <w:t>nh (g</w:t>
            </w:r>
            <w:r>
              <w:t>ồ</w:t>
            </w:r>
            <w:r>
              <w:t>m tên đ</w:t>
            </w:r>
            <w:r>
              <w:t>ề</w:t>
            </w:r>
            <w:r>
              <w:t xml:space="preserve"> tài, tính c</w:t>
            </w:r>
            <w:r>
              <w:t>ấ</w:t>
            </w:r>
            <w:r>
              <w:t>p thi</w:t>
            </w:r>
            <w:r>
              <w:t>ế</w:t>
            </w:r>
            <w:r>
              <w:t>t, m</w:t>
            </w:r>
            <w:r>
              <w:t>ụ</w:t>
            </w:r>
            <w:r>
              <w:t>c tiêu, câu h</w:t>
            </w:r>
            <w:r>
              <w:t>ỏ</w:t>
            </w:r>
            <w:r>
              <w:t>i,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t, đ</w:t>
            </w:r>
            <w:r>
              <w:t>ố</w:t>
            </w:r>
            <w:r>
              <w:t>i tư</w:t>
            </w:r>
            <w:r>
              <w:t>ợ</w:t>
            </w:r>
            <w:r>
              <w:t>ng và ph</w:t>
            </w:r>
            <w:r>
              <w:t>ạ</w:t>
            </w:r>
            <w:r>
              <w:t>m vi nghiên c</w:t>
            </w:r>
            <w:r>
              <w:t>ứ</w:t>
            </w:r>
            <w:r>
              <w:t>u).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0F00BA" w14:textId="77777777" w:rsidR="005D031F" w:rsidRDefault="00E05792" w:rsidP="00372781">
            <w:pPr>
              <w:spacing w:after="0"/>
              <w:jc w:val="center"/>
            </w:pPr>
            <w:r>
              <w:t>PI4.4</w:t>
            </w:r>
          </w:p>
        </w:tc>
      </w:tr>
      <w:tr w:rsidR="005D031F" w14:paraId="01EDEE05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DB36C0" w14:textId="77777777" w:rsidR="005D031F" w:rsidRDefault="005D031F" w:rsidP="00372781">
            <w:pPr>
              <w:spacing w:after="0"/>
            </w:pP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D03246" w14:textId="77777777" w:rsidR="005D031F" w:rsidRDefault="00E05792" w:rsidP="00372781">
            <w:pPr>
              <w:spacing w:after="0"/>
            </w:pPr>
            <w:r>
              <w:t>CI 2.2.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đư</w:t>
            </w:r>
            <w:r>
              <w:t>ợ</w:t>
            </w:r>
            <w:r>
              <w:t>c các s</w:t>
            </w:r>
            <w:r>
              <w:t>ả</w:t>
            </w:r>
            <w:r>
              <w:t>n ph</w:t>
            </w:r>
            <w:r>
              <w:t>ẩ</w:t>
            </w:r>
            <w:r>
              <w:t>m nghiên c</w:t>
            </w:r>
            <w:r>
              <w:t>ứ</w:t>
            </w:r>
            <w:r>
              <w:t>u khoa h</w:t>
            </w:r>
            <w:r>
              <w:t>ọ</w:t>
            </w:r>
            <w:r>
              <w:t>c (báo cáo khoa h</w:t>
            </w:r>
            <w:r>
              <w:t>ọ</w:t>
            </w:r>
            <w:r>
              <w:t>c, bài báo khoa h</w:t>
            </w:r>
            <w:r>
              <w:t>ọ</w:t>
            </w:r>
            <w:r>
              <w:t>c, đ</w:t>
            </w:r>
            <w:r>
              <w:t>ề</w:t>
            </w:r>
            <w:r>
              <w:t xml:space="preserve"> cương khóa lu</w:t>
            </w:r>
            <w:r>
              <w:t>ậ</w:t>
            </w:r>
            <w:r>
              <w:t>n t</w:t>
            </w:r>
            <w:r>
              <w:t>ố</w:t>
            </w:r>
            <w:r>
              <w:t>t nghi</w:t>
            </w:r>
            <w:r>
              <w:t>ệ</w:t>
            </w:r>
            <w:r>
              <w:t>p) đ</w:t>
            </w:r>
            <w:r>
              <w:t>ạ</w:t>
            </w:r>
            <w:r>
              <w:t>t quy chu</w:t>
            </w:r>
            <w:r>
              <w:t>ẩ</w:t>
            </w:r>
            <w:r>
              <w:t>n c</w:t>
            </w:r>
            <w:r>
              <w:t>ấ</w:t>
            </w:r>
            <w:r>
              <w:t>u trúc và hình th</w:t>
            </w:r>
            <w:r>
              <w:t>ứ</w:t>
            </w:r>
            <w:r>
              <w:t>c trình bày.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258F0D" w14:textId="77777777" w:rsidR="005D031F" w:rsidRDefault="00E05792" w:rsidP="00372781">
            <w:pPr>
              <w:spacing w:after="0"/>
              <w:jc w:val="center"/>
            </w:pPr>
            <w:r>
              <w:t>PI4.4</w:t>
            </w:r>
          </w:p>
        </w:tc>
      </w:tr>
      <w:tr w:rsidR="005D031F" w14:paraId="2EE89906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D0F8E1" w14:textId="77777777" w:rsidR="005D031F" w:rsidRDefault="00E05792" w:rsidP="00372781">
            <w:pPr>
              <w:spacing w:after="0"/>
            </w:pPr>
            <w:r>
              <w:rPr>
                <w:b/>
              </w:rPr>
              <w:t>K</w:t>
            </w:r>
            <w:r>
              <w:rPr>
                <w:b/>
              </w:rPr>
              <w:t>ỹ</w:t>
            </w:r>
            <w:r>
              <w:rPr>
                <w:b/>
              </w:rPr>
              <w:t xml:space="preserve"> năng</w:t>
            </w:r>
          </w:p>
        </w:tc>
      </w:tr>
      <w:tr w:rsidR="005D031F" w14:paraId="20AB8E3B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433806" w14:textId="77777777" w:rsidR="005D031F" w:rsidRDefault="00E05792" w:rsidP="00372781">
            <w:pPr>
              <w:spacing w:after="0"/>
            </w:pPr>
            <w:r>
              <w:t>CLO3.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trong vi</w:t>
            </w:r>
            <w:r>
              <w:t>ệ</w:t>
            </w:r>
            <w:r>
              <w:t>c phân tích, t</w:t>
            </w:r>
            <w:r>
              <w:t>ổ</w:t>
            </w:r>
            <w:r>
              <w:t>ng h</w:t>
            </w:r>
            <w:r>
              <w:t>ợ</w:t>
            </w:r>
            <w:r>
              <w:t>p thông tin, thuy</w:t>
            </w:r>
            <w:r>
              <w:t>ế</w:t>
            </w:r>
            <w:r>
              <w:t>t trình, th</w:t>
            </w:r>
            <w:r>
              <w:t>ả</w:t>
            </w:r>
            <w:r>
              <w:t>o lu</w:t>
            </w:r>
            <w:r>
              <w:t>ậ</w:t>
            </w:r>
            <w:r>
              <w:t>n và làm vi</w:t>
            </w:r>
            <w:r>
              <w:t>ệ</w:t>
            </w:r>
            <w:r>
              <w:t>c nhóm đ</w:t>
            </w:r>
            <w:r>
              <w:t>ể</w:t>
            </w:r>
            <w:r>
              <w:t xml:space="preserve"> gi</w:t>
            </w:r>
            <w:r>
              <w:t>ả</w:t>
            </w:r>
            <w:r>
              <w:t>i quy</w:t>
            </w:r>
            <w:r>
              <w:t>ế</w:t>
            </w:r>
            <w:r>
              <w:t>t các 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C9048A" w14:textId="77777777" w:rsidR="005D031F" w:rsidRDefault="00E05792" w:rsidP="00372781">
            <w:pPr>
              <w:spacing w:after="0"/>
            </w:pPr>
            <w:r>
              <w:t>CI 3.1. V</w:t>
            </w:r>
            <w:r>
              <w:t>ậ</w:t>
            </w:r>
            <w:r>
              <w:t>n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đ</w:t>
            </w:r>
            <w:r>
              <w:t>ể</w:t>
            </w:r>
            <w:r>
              <w:t xml:space="preserve"> phân tích, t</w:t>
            </w:r>
            <w:r>
              <w:t>ổ</w:t>
            </w:r>
            <w:r>
              <w:t>ng h</w:t>
            </w:r>
            <w:r>
              <w:t>ợ</w:t>
            </w:r>
            <w:r>
              <w:t>p thông tin và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nghiên c</w:t>
            </w:r>
            <w:r>
              <w:t>ứ</w:t>
            </w:r>
            <w:r>
              <w:t>u m</w:t>
            </w:r>
            <w:r>
              <w:t>ộ</w:t>
            </w:r>
            <w:r>
              <w:t>t cách khoa h</w:t>
            </w:r>
            <w:r>
              <w:t>ọ</w:t>
            </w:r>
            <w:r>
              <w:t>c, logic.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BFEB1E" w14:textId="77777777" w:rsidR="005D031F" w:rsidRDefault="00E05792" w:rsidP="00372781">
            <w:pPr>
              <w:spacing w:after="0"/>
              <w:jc w:val="center"/>
            </w:pPr>
            <w:r>
              <w:t>PI6.2</w:t>
            </w:r>
          </w:p>
        </w:tc>
      </w:tr>
      <w:tr w:rsidR="005D031F" w14:paraId="19832873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7C26FA" w14:textId="77777777" w:rsidR="005D031F" w:rsidRDefault="005D031F" w:rsidP="00372781">
            <w:pPr>
              <w:spacing w:after="0"/>
            </w:pP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F031D7" w14:textId="77777777" w:rsidR="005D031F" w:rsidRDefault="00E05792" w:rsidP="00372781">
            <w:pPr>
              <w:spacing w:after="0"/>
            </w:pPr>
            <w:r>
              <w:t>CI 3.2.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k</w:t>
            </w:r>
            <w:r>
              <w:t>ỹ</w:t>
            </w:r>
            <w:r>
              <w:t xml:space="preserve"> năng thuy</w:t>
            </w:r>
            <w:r>
              <w:t>ế</w:t>
            </w:r>
            <w:r>
              <w:t>t trình, th</w:t>
            </w:r>
            <w:r>
              <w:t>ả</w:t>
            </w:r>
            <w:r>
              <w:t>o lu</w:t>
            </w:r>
            <w:r>
              <w:t>ậ</w:t>
            </w:r>
            <w:r>
              <w:t>n và ph</w:t>
            </w:r>
            <w:r>
              <w:t>ố</w:t>
            </w:r>
            <w:r>
              <w:t>i h</w:t>
            </w:r>
            <w:r>
              <w:t>ợ</w:t>
            </w:r>
            <w:r>
              <w:t>p làm vi</w:t>
            </w:r>
            <w:r>
              <w:t>ệ</w:t>
            </w:r>
            <w:r>
              <w:t>c nhóm hi</w:t>
            </w:r>
            <w:r>
              <w:t>ệ</w:t>
            </w:r>
            <w:r>
              <w:t>u qu</w:t>
            </w:r>
            <w:r>
              <w:t>ả</w:t>
            </w:r>
            <w:r>
              <w:t xml:space="preserve"> trong các ho</w:t>
            </w:r>
            <w:r>
              <w:t>ạ</w:t>
            </w:r>
            <w:r>
              <w:t>t đ</w:t>
            </w:r>
            <w:r>
              <w:t>ộ</w:t>
            </w:r>
            <w:r>
              <w:t>ng nghiên c</w:t>
            </w:r>
            <w:r>
              <w:t>ứ</w:t>
            </w:r>
            <w:r>
              <w:t>u khoa h</w:t>
            </w:r>
            <w:r>
              <w:t>ọ</w:t>
            </w:r>
            <w:r>
              <w:t>c.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B4EA09" w14:textId="77777777" w:rsidR="005D031F" w:rsidRDefault="00E05792" w:rsidP="00372781">
            <w:pPr>
              <w:spacing w:after="0"/>
              <w:jc w:val="center"/>
            </w:pPr>
            <w:r>
              <w:t>PI6.2</w:t>
            </w:r>
          </w:p>
        </w:tc>
      </w:tr>
      <w:tr w:rsidR="005D031F" w14:paraId="3022C133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B37AB3" w14:textId="77777777" w:rsidR="005D031F" w:rsidRDefault="00E05792" w:rsidP="00372781">
            <w:pPr>
              <w:spacing w:after="0"/>
            </w:pPr>
            <w:r>
              <w:t>CLO4. Th</w:t>
            </w:r>
            <w:r>
              <w:t>ự</w:t>
            </w:r>
            <w:r>
              <w:t>c hi</w:t>
            </w:r>
            <w:r>
              <w:t>ệ</w:t>
            </w:r>
            <w:r>
              <w:t>n hi</w:t>
            </w:r>
            <w:r>
              <w:t>ệ</w:t>
            </w:r>
            <w:r>
              <w:t>u qu</w:t>
            </w:r>
            <w:r>
              <w:t>ả</w:t>
            </w:r>
            <w:r>
              <w:t xml:space="preserve"> các phương pháp thu th</w:t>
            </w:r>
            <w:r>
              <w:t>ậ</w:t>
            </w:r>
            <w:r>
              <w:t>p, x</w:t>
            </w:r>
            <w:r>
              <w:t>ử</w:t>
            </w:r>
            <w:r>
              <w:t xml:space="preserve"> lý,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và tri</w:t>
            </w:r>
            <w:r>
              <w:t>ể</w:t>
            </w:r>
            <w:r>
              <w:t>n khai các ho</w:t>
            </w:r>
            <w:r>
              <w:t>ạ</w:t>
            </w:r>
            <w:r>
              <w:t>t đ</w:t>
            </w:r>
            <w:r>
              <w:t>ộ</w:t>
            </w:r>
            <w:r>
              <w:t>ng nghiên c</w:t>
            </w:r>
            <w:r>
              <w:t>ứ</w:t>
            </w:r>
            <w:r>
              <w:t>u khoa h</w:t>
            </w:r>
            <w:r>
              <w:t>ọ</w:t>
            </w:r>
            <w:r>
              <w:t>c liên quan đ</w:t>
            </w:r>
            <w:r>
              <w:t>ế</w:t>
            </w:r>
            <w:r>
              <w:t>n Ngôn ng</w:t>
            </w:r>
            <w:r>
              <w:t>ữ</w:t>
            </w:r>
            <w:r>
              <w:t xml:space="preserve"> Anh.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770457" w14:textId="77777777" w:rsidR="005D031F" w:rsidRDefault="00E05792" w:rsidP="00372781">
            <w:pPr>
              <w:spacing w:after="0"/>
            </w:pPr>
            <w:r>
              <w:t>CI 4.1. Xây d</w:t>
            </w:r>
            <w:r>
              <w:t>ự</w:t>
            </w:r>
            <w:r>
              <w:t>ng và áp d</w:t>
            </w:r>
            <w:r>
              <w:t>ụ</w:t>
            </w:r>
            <w:r>
              <w:t>ng đư</w:t>
            </w:r>
            <w:r>
              <w:t>ợ</w:t>
            </w:r>
            <w:r>
              <w:t>c các 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(b</w:t>
            </w:r>
            <w:r>
              <w:t>ả</w:t>
            </w:r>
            <w:r>
              <w:t>ng h</w:t>
            </w:r>
            <w:r>
              <w:t>ỏ</w:t>
            </w:r>
            <w:r>
              <w:t>i ph</w:t>
            </w:r>
            <w:r>
              <w:t>ỏ</w:t>
            </w:r>
            <w:r>
              <w:t>ng v</w:t>
            </w:r>
            <w:r>
              <w:t>ấ</w:t>
            </w:r>
            <w:r>
              <w:t>n, phi</w:t>
            </w:r>
            <w:r>
              <w:t>ế</w:t>
            </w:r>
            <w:r>
              <w:t>u đi</w:t>
            </w:r>
            <w:r>
              <w:t>ề</w:t>
            </w:r>
            <w:r>
              <w:t>u tra, quan sát) b</w:t>
            </w:r>
            <w:r>
              <w:t>ả</w:t>
            </w:r>
            <w:r>
              <w:t>o đ</w:t>
            </w:r>
            <w:r>
              <w:t>ả</w:t>
            </w:r>
            <w:r>
              <w:t>m tính chính xác và tin c</w:t>
            </w:r>
            <w:r>
              <w:t>ậ</w:t>
            </w:r>
            <w:r>
              <w:t>y.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EE32E1" w14:textId="77777777" w:rsidR="005D031F" w:rsidRDefault="00E05792" w:rsidP="00372781">
            <w:pPr>
              <w:spacing w:after="0"/>
              <w:jc w:val="center"/>
            </w:pPr>
            <w:r>
              <w:t>PI7.1</w:t>
            </w:r>
          </w:p>
        </w:tc>
      </w:tr>
      <w:tr w:rsidR="005D031F" w14:paraId="73C71746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5A84BD" w14:textId="77777777" w:rsidR="005D031F" w:rsidRDefault="005D031F" w:rsidP="00372781">
            <w:pPr>
              <w:spacing w:after="0"/>
            </w:pP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A31DE0" w14:textId="77777777" w:rsidR="005D031F" w:rsidRDefault="00E05792" w:rsidP="00372781">
            <w:pPr>
              <w:spacing w:after="0"/>
            </w:pPr>
            <w:r>
              <w:t>CI 4.2.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thành th</w:t>
            </w:r>
            <w:r>
              <w:t>ạ</w:t>
            </w:r>
            <w:r>
              <w:t>o các phương pháp và công c</w:t>
            </w:r>
            <w:r>
              <w:t>ụ</w:t>
            </w:r>
            <w:r>
              <w:t>/ph</w:t>
            </w:r>
            <w:r>
              <w:t>ầ</w:t>
            </w:r>
            <w:r>
              <w:t>n m</w:t>
            </w:r>
            <w:r>
              <w:t>ề</w:t>
            </w:r>
            <w:r>
              <w:t>m (Excel, SPSS,...) đ</w:t>
            </w:r>
            <w:r>
              <w:t>ể</w:t>
            </w:r>
            <w:r>
              <w:t xml:space="preserve"> nh</w:t>
            </w:r>
            <w:r>
              <w:t>ậ</w:t>
            </w:r>
            <w:r>
              <w:t>p, x</w:t>
            </w:r>
            <w:r>
              <w:t>ử</w:t>
            </w:r>
            <w:r>
              <w:t xml:space="preserve"> lý, phân tích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và trình bày k</w:t>
            </w:r>
            <w:r>
              <w:t>ế</w:t>
            </w:r>
            <w:r>
              <w:t>t qu</w:t>
            </w:r>
            <w:r>
              <w:t>ả</w:t>
            </w:r>
            <w:r>
              <w:t xml:space="preserve"> nghiên c</w:t>
            </w:r>
            <w:r>
              <w:t>ứ</w:t>
            </w:r>
            <w:r>
              <w:t>u.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BE04B2" w14:textId="77777777" w:rsidR="005D031F" w:rsidRDefault="00E05792" w:rsidP="00372781">
            <w:pPr>
              <w:spacing w:after="0"/>
              <w:jc w:val="center"/>
            </w:pPr>
            <w:r>
              <w:t>PI7.1</w:t>
            </w:r>
          </w:p>
        </w:tc>
      </w:tr>
      <w:tr w:rsidR="005D031F" w14:paraId="78E12F1E" w14:textId="77777777">
        <w:trPr>
          <w:cantSplit/>
          <w:jc w:val="center"/>
        </w:trPr>
        <w:tc>
          <w:tcPr>
            <w:tcW w:w="1701" w:type="dxa"/>
            <w:gridSpan w:val="3"/>
            <w:shd w:val="clear" w:color="auto" w:fill="E6E6E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D4C6F3" w14:textId="77777777" w:rsidR="005D031F" w:rsidRDefault="00E05792" w:rsidP="00372781">
            <w:pPr>
              <w:spacing w:after="0"/>
            </w:pPr>
            <w:r>
              <w:rPr>
                <w:b/>
              </w:rPr>
              <w:t>Năng l</w:t>
            </w:r>
            <w:r>
              <w:rPr>
                <w:b/>
              </w:rPr>
              <w:t>ự</w:t>
            </w:r>
            <w:r>
              <w:rPr>
                <w:b/>
              </w:rPr>
              <w:t>c t</w:t>
            </w:r>
            <w:r>
              <w:rPr>
                <w:b/>
              </w:rPr>
              <w:t>ự</w:t>
            </w:r>
            <w:r>
              <w:rPr>
                <w:b/>
              </w:rPr>
              <w:t xml:space="preserve"> ch</w:t>
            </w:r>
            <w:r>
              <w:rPr>
                <w:b/>
              </w:rPr>
              <w:t>ủ</w:t>
            </w:r>
            <w:r>
              <w:rPr>
                <w:b/>
              </w:rPr>
              <w:t xml:space="preserve"> và trách nhi</w:t>
            </w:r>
            <w:r>
              <w:rPr>
                <w:b/>
              </w:rPr>
              <w:t>ệ</w:t>
            </w:r>
            <w:r>
              <w:rPr>
                <w:b/>
              </w:rPr>
              <w:t>m</w:t>
            </w:r>
          </w:p>
        </w:tc>
      </w:tr>
      <w:tr w:rsidR="005D031F" w14:paraId="61865815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D97FBE" w14:textId="77777777" w:rsidR="005D031F" w:rsidRDefault="00E05792" w:rsidP="00372781">
            <w:pPr>
              <w:spacing w:after="0"/>
            </w:pPr>
            <w:r>
              <w:lastRenderedPageBreak/>
              <w:t>CLO5.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tinh th</w:t>
            </w:r>
            <w:r>
              <w:t>ầ</w:t>
            </w:r>
            <w:r>
              <w:t>n ch</w:t>
            </w:r>
            <w:r>
              <w:t>ủ</w:t>
            </w:r>
            <w:r>
              <w:t xml:space="preserve"> đ</w:t>
            </w:r>
            <w:r>
              <w:t>ộ</w:t>
            </w:r>
            <w:r>
              <w:t>ng, thói quen t</w:t>
            </w:r>
            <w:r>
              <w:t>ự</w:t>
            </w:r>
            <w:r>
              <w:t xml:space="preserve"> h</w:t>
            </w:r>
            <w:r>
              <w:t>ọ</w:t>
            </w:r>
            <w:r>
              <w:t>c, t</w:t>
            </w:r>
            <w:r>
              <w:t>ự</w:t>
            </w:r>
            <w:r>
              <w:t xml:space="preserve"> nghiên c</w:t>
            </w:r>
            <w:r>
              <w:t>ứ</w:t>
            </w:r>
            <w:r>
              <w:t>u và tuân th</w:t>
            </w:r>
            <w:r>
              <w:t>ủ</w:t>
            </w:r>
            <w:r>
              <w:t xml:space="preserve"> liêm chính h</w:t>
            </w:r>
            <w:r>
              <w:t>ọ</w:t>
            </w:r>
            <w:r>
              <w:t>c thu</w:t>
            </w:r>
            <w:r>
              <w:t>ậ</w:t>
            </w:r>
            <w:r>
              <w:t>t trong quá trình th</w:t>
            </w:r>
            <w:r>
              <w:t>ự</w:t>
            </w:r>
            <w:r>
              <w:t>c hi</w:t>
            </w:r>
            <w:r>
              <w:t>ệ</w:t>
            </w:r>
            <w:r>
              <w:t>n nghiên c</w:t>
            </w:r>
            <w:r>
              <w:t>ứ</w:t>
            </w:r>
            <w:r>
              <w:t>u.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0680F4" w14:textId="77777777" w:rsidR="005D031F" w:rsidRDefault="00E05792" w:rsidP="00372781">
            <w:pPr>
              <w:spacing w:after="0"/>
            </w:pPr>
            <w:r>
              <w:t>CI 5.1.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tính ch</w:t>
            </w:r>
            <w:r>
              <w:t>ủ</w:t>
            </w:r>
            <w:r>
              <w:t xml:space="preserve"> đ</w:t>
            </w:r>
            <w:r>
              <w:t>ộ</w:t>
            </w:r>
            <w:r>
              <w:t>ng trong t</w:t>
            </w:r>
            <w:r>
              <w:t>ự</w:t>
            </w:r>
            <w:r>
              <w:t xml:space="preserve"> đ</w:t>
            </w:r>
            <w:r>
              <w:t>ọ</w:t>
            </w:r>
            <w:r>
              <w:t>c, tìm ki</w:t>
            </w:r>
            <w:r>
              <w:t>ế</w:t>
            </w:r>
            <w:r>
              <w:t>m tài li</w:t>
            </w:r>
            <w:r>
              <w:t>ệ</w:t>
            </w:r>
            <w:r>
              <w:t>u và t</w:t>
            </w:r>
            <w:r>
              <w:t>ự</w:t>
            </w:r>
            <w:r>
              <w:t xml:space="preserve"> nghiên c</w:t>
            </w:r>
            <w:r>
              <w:t>ứ</w:t>
            </w:r>
            <w:r>
              <w:t>u nâng cao trình đ</w:t>
            </w:r>
            <w:r>
              <w:t>ộ</w:t>
            </w:r>
            <w:r>
              <w:t xml:space="preserve"> chuyên môn.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8DDDE4" w14:textId="77777777" w:rsidR="005D031F" w:rsidRDefault="00E05792" w:rsidP="00372781">
            <w:pPr>
              <w:spacing w:after="0"/>
              <w:jc w:val="center"/>
            </w:pPr>
            <w:r>
              <w:t>PI9.1</w:t>
            </w:r>
          </w:p>
        </w:tc>
      </w:tr>
      <w:tr w:rsidR="005D031F" w14:paraId="746E7497" w14:textId="77777777">
        <w:trPr>
          <w:cantSplit/>
          <w:jc w:val="center"/>
        </w:trPr>
        <w:tc>
          <w:tcPr>
            <w:tcW w:w="340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EDF8D0" w14:textId="77777777" w:rsidR="005D031F" w:rsidRDefault="005D031F" w:rsidP="00372781">
            <w:pPr>
              <w:spacing w:after="0"/>
            </w:pP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6F45F0" w14:textId="77777777" w:rsidR="005D031F" w:rsidRDefault="00E05792" w:rsidP="00372781">
            <w:pPr>
              <w:spacing w:after="0"/>
            </w:pPr>
            <w:r>
              <w:t>CI 5.2. Tuân th</w:t>
            </w:r>
            <w:r>
              <w:t>ủ</w:t>
            </w:r>
            <w:r>
              <w:t xml:space="preserve"> nghiêm túc các quy đ</w:t>
            </w:r>
            <w:r>
              <w:t>ị</w:t>
            </w:r>
            <w:r>
              <w:t>nh v</w:t>
            </w:r>
            <w:r>
              <w:t>ề</w:t>
            </w:r>
            <w:r>
              <w:t xml:space="preserve"> đ</w:t>
            </w:r>
            <w:r>
              <w:t>ạ</w:t>
            </w:r>
            <w:r>
              <w:t>o đ</w:t>
            </w:r>
            <w:r>
              <w:t>ứ</w:t>
            </w:r>
            <w:r>
              <w:t>c nghiên c</w:t>
            </w:r>
            <w:r>
              <w:t>ứ</w:t>
            </w:r>
            <w:r>
              <w:t>u, trích d</w:t>
            </w:r>
            <w:r>
              <w:t>ẫ</w:t>
            </w:r>
            <w:r>
              <w:t>n tài li</w:t>
            </w:r>
            <w:r>
              <w:t>ệ</w:t>
            </w:r>
            <w:r>
              <w:t>u và liêm chính h</w:t>
            </w:r>
            <w:r>
              <w:t>ọ</w:t>
            </w:r>
            <w:r>
              <w:t>c thu</w:t>
            </w:r>
            <w:r>
              <w:t>ậ</w:t>
            </w:r>
            <w:r>
              <w:t>t.</w:t>
            </w:r>
          </w:p>
        </w:tc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DAE41F" w14:textId="77777777" w:rsidR="005D031F" w:rsidRDefault="00E05792" w:rsidP="00372781">
            <w:pPr>
              <w:spacing w:after="0"/>
              <w:jc w:val="center"/>
            </w:pPr>
            <w:r>
              <w:t>PI9.1</w:t>
            </w:r>
          </w:p>
        </w:tc>
      </w:tr>
    </w:tbl>
    <w:p w14:paraId="4C7BC475" w14:textId="77777777" w:rsidR="005D031F" w:rsidRDefault="005D031F">
      <w:pPr>
        <w:spacing w:after="60"/>
      </w:pPr>
    </w:p>
    <w:p w14:paraId="432CA33B" w14:textId="77777777" w:rsidR="005D031F" w:rsidRDefault="00E05792">
      <w:pPr>
        <w:spacing w:before="200" w:after="80"/>
      </w:pPr>
      <w:r>
        <w:rPr>
          <w:b/>
        </w:rPr>
        <w:t>III. N</w:t>
      </w:r>
      <w:r>
        <w:rPr>
          <w:b/>
        </w:rPr>
        <w:t>ộ</w:t>
      </w:r>
      <w:r>
        <w:rPr>
          <w:b/>
        </w:rPr>
        <w:t>i dung tóm t</w:t>
      </w:r>
      <w:r>
        <w:rPr>
          <w:b/>
        </w:rPr>
        <w:t>ắ</w:t>
      </w:r>
      <w:r>
        <w:rPr>
          <w:b/>
        </w:rPr>
        <w:t>t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p w14:paraId="227EE966" w14:textId="77777777" w:rsidR="005D031F" w:rsidRDefault="00E05792">
      <w:pPr>
        <w:spacing w:after="60"/>
      </w:pPr>
      <w:r>
        <w:t>DN93015 - Phương pháp nghiên c</w:t>
      </w:r>
      <w:r>
        <w:t>ứ</w:t>
      </w:r>
      <w:r>
        <w:t>u khoa h</w:t>
      </w:r>
      <w:r>
        <w:t>ọ</w:t>
      </w:r>
      <w:r>
        <w:t>c - Scientific Research Methods (T</w:t>
      </w:r>
      <w:r>
        <w:t>ổ</w:t>
      </w:r>
      <w:r>
        <w:t>ng s</w:t>
      </w:r>
      <w:r>
        <w:t>ố</w:t>
      </w:r>
      <w:r>
        <w:t xml:space="preserve"> tín ch</w:t>
      </w:r>
      <w:r>
        <w:t>ỉ</w:t>
      </w:r>
      <w:r>
        <w:t>: 03 - Lý thuy</w:t>
      </w:r>
      <w:r>
        <w:t>ế</w:t>
      </w:r>
      <w:r>
        <w:t>t: 3 - Th</w:t>
      </w:r>
      <w:r>
        <w:t>ự</w:t>
      </w:r>
      <w:r>
        <w:t>c hành: 0 - Gi</w:t>
      </w:r>
      <w:r>
        <w:t>ờ</w:t>
      </w:r>
      <w:r>
        <w:t xml:space="preserve"> t</w:t>
      </w:r>
      <w:r>
        <w:t>ự</w:t>
      </w:r>
      <w:r>
        <w:t xml:space="preserve"> h</w:t>
      </w:r>
      <w:r>
        <w:t>ọ</w:t>
      </w:r>
      <w:r>
        <w:t>c: 135). H</w:t>
      </w:r>
      <w:r>
        <w:t>ọ</w:t>
      </w:r>
      <w:r>
        <w:t>c ph</w:t>
      </w:r>
      <w:r>
        <w:t>ầ</w:t>
      </w:r>
      <w:r>
        <w:t>n này g</w:t>
      </w:r>
      <w:r>
        <w:t>ồ</w:t>
      </w:r>
      <w:r>
        <w:t>m các n</w:t>
      </w:r>
      <w:r>
        <w:t>ộ</w:t>
      </w:r>
      <w:r>
        <w:t>i dung chính: T</w:t>
      </w:r>
      <w:r>
        <w:t>ổ</w:t>
      </w:r>
      <w:r>
        <w:t>ng quan v</w:t>
      </w:r>
      <w:r>
        <w:t>ề</w:t>
      </w:r>
      <w:r>
        <w:t xml:space="preserve"> nghiên c</w:t>
      </w:r>
      <w:r>
        <w:t>ứ</w:t>
      </w:r>
      <w:r>
        <w:t>u khoa h</w:t>
      </w:r>
      <w:r>
        <w:t>ọ</w:t>
      </w:r>
      <w:r>
        <w:t>c; Quá trình nghiên c</w:t>
      </w:r>
      <w:r>
        <w:t>ứ</w:t>
      </w:r>
      <w:r>
        <w:t>u và xây d</w:t>
      </w:r>
      <w:r>
        <w:t>ự</w:t>
      </w:r>
      <w:r>
        <w:t>ng đ</w:t>
      </w:r>
      <w:r>
        <w:t>ề</w:t>
      </w:r>
      <w:r>
        <w:t xml:space="preserve"> cương nghiên c</w:t>
      </w:r>
      <w:r>
        <w:t>ứ</w:t>
      </w:r>
      <w:r>
        <w:t>u; Phương pháp thu th</w:t>
      </w:r>
      <w:r>
        <w:t>ậ</w:t>
      </w:r>
      <w:r>
        <w:t>p s</w:t>
      </w:r>
      <w:r>
        <w:t>ố</w:t>
      </w:r>
      <w:r>
        <w:t xml:space="preserve"> li</w:t>
      </w:r>
      <w:r>
        <w:t>ệ</w:t>
      </w:r>
      <w:r>
        <w:t>u và thi</w:t>
      </w:r>
      <w:r>
        <w:t>ế</w:t>
      </w:r>
      <w:r>
        <w:t>t k</w:t>
      </w:r>
      <w:r>
        <w:t>ế</w:t>
      </w:r>
      <w:r>
        <w:t xml:space="preserve"> công c</w:t>
      </w:r>
      <w:r>
        <w:t>ụ</w:t>
      </w:r>
      <w:r>
        <w:t xml:space="preserve"> nghiên c</w:t>
      </w:r>
      <w:r>
        <w:t>ứ</w:t>
      </w:r>
      <w:r>
        <w:t>u; Phương pháp x</w:t>
      </w:r>
      <w:r>
        <w:t>ử</w:t>
      </w:r>
      <w:r>
        <w:t xml:space="preserve"> lý và phân tích d</w:t>
      </w:r>
      <w:r>
        <w:t>ữ</w:t>
      </w:r>
      <w:r>
        <w:t xml:space="preserve"> li</w:t>
      </w:r>
      <w:r>
        <w:t>ệ</w:t>
      </w:r>
      <w:r>
        <w:t>u nghiên c</w:t>
      </w:r>
      <w:r>
        <w:t>ứ</w:t>
      </w:r>
      <w:r>
        <w:t>u; Vi</w:t>
      </w:r>
      <w:r>
        <w:t>ế</w:t>
      </w:r>
      <w:r>
        <w:t>t báo cáo nghiên c</w:t>
      </w:r>
      <w:r>
        <w:t>ứ</w:t>
      </w:r>
      <w:r>
        <w:t>u và trình bày k</w:t>
      </w:r>
      <w:r>
        <w:t>ế</w:t>
      </w:r>
      <w:r>
        <w:t>t qu</w:t>
      </w:r>
      <w:r>
        <w:t>ả</w:t>
      </w:r>
      <w:r>
        <w:t xml:space="preserve"> khoa h</w:t>
      </w:r>
      <w:r>
        <w:t>ọ</w:t>
      </w:r>
      <w:r>
        <w:t>c trong lĩnh v</w:t>
      </w:r>
      <w:r>
        <w:t>ự</w:t>
      </w:r>
      <w:r>
        <w:t>c Ngôn ng</w:t>
      </w:r>
      <w:r>
        <w:t>ữ</w:t>
      </w:r>
      <w:r>
        <w:t xml:space="preserve"> Anh.</w:t>
      </w:r>
    </w:p>
    <w:p w14:paraId="3D4ECE32" w14:textId="77777777" w:rsidR="005D031F" w:rsidRDefault="00E05792">
      <w:pPr>
        <w:spacing w:before="200" w:after="80"/>
      </w:pPr>
      <w:r>
        <w:rPr>
          <w:b/>
        </w:rPr>
        <w:t>IV. Phương pháp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và h</w:t>
      </w:r>
      <w:r>
        <w:rPr>
          <w:b/>
        </w:rPr>
        <w:t>ọ</w:t>
      </w:r>
      <w:r>
        <w:rPr>
          <w:b/>
        </w:rPr>
        <w:t>c t</w:t>
      </w:r>
      <w:r>
        <w:rPr>
          <w:b/>
        </w:rPr>
        <w:t>ậ</w:t>
      </w:r>
      <w:r>
        <w:rPr>
          <w:b/>
        </w:rPr>
        <w:t>p</w:t>
      </w:r>
    </w:p>
    <w:p w14:paraId="13492803" w14:textId="77777777" w:rsidR="005D031F" w:rsidRDefault="00E05792">
      <w:pPr>
        <w:spacing w:before="40" w:after="40"/>
      </w:pPr>
      <w:r>
        <w:rPr>
          <w:b/>
        </w:rPr>
        <w:t>4.1. Phương pháp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</w:t>
      </w:r>
    </w:p>
    <w:p w14:paraId="7890B861" w14:textId="77777777" w:rsidR="005D031F" w:rsidRDefault="00E05792">
      <w:pPr>
        <w:spacing w:after="60"/>
      </w:pPr>
      <w:r>
        <w:t>Thuy</w:t>
      </w:r>
      <w:r>
        <w:t>ế</w:t>
      </w:r>
      <w:r>
        <w:t>t gi</w:t>
      </w:r>
      <w:r>
        <w:t>ả</w:t>
      </w:r>
      <w:r>
        <w:t>ng (Lecture) k</w:t>
      </w:r>
      <w:r>
        <w:t>ế</w:t>
      </w:r>
      <w:r>
        <w:t>t h</w:t>
      </w:r>
      <w:r>
        <w:t>ợ</w:t>
      </w:r>
      <w:r>
        <w:t>p s</w:t>
      </w:r>
      <w:r>
        <w:t>ử</w:t>
      </w:r>
      <w:r>
        <w:t xml:space="preserve"> d</w:t>
      </w:r>
      <w:r>
        <w:t>ụ</w:t>
      </w:r>
      <w:r>
        <w:t>ng các phương ti</w:t>
      </w:r>
      <w:r>
        <w:t>ệ</w:t>
      </w:r>
      <w:r>
        <w:t>n truy</w:t>
      </w:r>
      <w:r>
        <w:t>ề</w:t>
      </w:r>
      <w:r>
        <w:t>n đ</w:t>
      </w:r>
      <w:r>
        <w:t>ạ</w:t>
      </w:r>
      <w:r>
        <w:t>t đa phương ti</w:t>
      </w:r>
      <w:r>
        <w:t>ệ</w:t>
      </w:r>
      <w:r>
        <w:t>n (máy chi</w:t>
      </w:r>
      <w:r>
        <w:t>ế</w:t>
      </w:r>
      <w:r>
        <w:t>u, bài gi</w:t>
      </w:r>
      <w:r>
        <w:t>ả</w:t>
      </w:r>
      <w:r>
        <w:t>ng đi</w:t>
      </w:r>
      <w:r>
        <w:t>ệ</w:t>
      </w:r>
      <w:r>
        <w:t>n t</w:t>
      </w:r>
      <w:r>
        <w:t>ử</w:t>
      </w:r>
      <w:r>
        <w:t>).</w:t>
      </w:r>
      <w:r>
        <w:br/>
        <w:t>D</w:t>
      </w:r>
      <w:r>
        <w:t>ạ</w:t>
      </w:r>
      <w:r>
        <w:t>y h</w:t>
      </w:r>
      <w:r>
        <w:t>ọ</w:t>
      </w:r>
      <w:r>
        <w:t>c d</w:t>
      </w:r>
      <w:r>
        <w:t>ự</w:t>
      </w:r>
      <w:r>
        <w:t>a trên gi</w:t>
      </w:r>
      <w:r>
        <w:t>ả</w:t>
      </w:r>
      <w:r>
        <w:t>i quy</w:t>
      </w:r>
      <w:r>
        <w:t>ế</w:t>
      </w:r>
      <w:r>
        <w:t>t v</w:t>
      </w:r>
      <w:r>
        <w:t>ấ</w:t>
      </w:r>
      <w:r>
        <w:t>n đ</w:t>
      </w:r>
      <w:r>
        <w:t>ề</w:t>
      </w:r>
      <w:r>
        <w:t xml:space="preserve"> (Problem-based learning) và nghiên c</w:t>
      </w:r>
      <w:r>
        <w:t>ứ</w:t>
      </w:r>
      <w:r>
        <w:t>u tình hu</w:t>
      </w:r>
      <w:r>
        <w:t>ố</w:t>
      </w:r>
      <w:r>
        <w:t>ng th</w:t>
      </w:r>
      <w:r>
        <w:t>ự</w:t>
      </w:r>
      <w:r>
        <w:t>c ti</w:t>
      </w:r>
      <w:r>
        <w:t>ễ</w:t>
      </w:r>
      <w:r>
        <w:t>n (Case study).</w:t>
      </w:r>
      <w:r>
        <w:br/>
        <w:t>Th</w:t>
      </w:r>
      <w:r>
        <w:t>ả</w:t>
      </w:r>
      <w:r>
        <w:t>o lu</w:t>
      </w:r>
      <w:r>
        <w:t>ậ</w:t>
      </w:r>
      <w:r>
        <w:t>n nhóm và hư</w:t>
      </w:r>
      <w:r>
        <w:t>ớ</w:t>
      </w:r>
      <w:r>
        <w:t>ng d</w:t>
      </w:r>
      <w:r>
        <w:t>ẫ</w:t>
      </w:r>
      <w:r>
        <w:t>n th</w:t>
      </w:r>
      <w:r>
        <w:t>ự</w:t>
      </w:r>
      <w:r>
        <w:t>c hành trên máy tính (s</w:t>
      </w:r>
      <w:r>
        <w:t>ử</w:t>
      </w:r>
      <w:r>
        <w:t xml:space="preserve"> d</w:t>
      </w:r>
      <w:r>
        <w:t>ụ</w:t>
      </w:r>
      <w:r>
        <w:t>ng ph</w:t>
      </w:r>
      <w:r>
        <w:t>ầ</w:t>
      </w:r>
      <w:r>
        <w:t>n m</w:t>
      </w:r>
      <w:r>
        <w:t>ề</w:t>
      </w:r>
      <w:r>
        <w:t>m Excel, SPSS).</w:t>
      </w:r>
      <w:r>
        <w:br/>
        <w:t>Gi</w:t>
      </w:r>
      <w:r>
        <w:t>ả</w:t>
      </w:r>
      <w:r>
        <w:t>ng d</w:t>
      </w:r>
      <w:r>
        <w:t>ạ</w:t>
      </w:r>
      <w:r>
        <w:t>y tr</w:t>
      </w:r>
      <w:r>
        <w:t>ự</w:t>
      </w:r>
      <w:r>
        <w:t>c tuy</w:t>
      </w:r>
      <w:r>
        <w:t>ế</w:t>
      </w:r>
      <w:r>
        <w:t>n và qu</w:t>
      </w:r>
      <w:r>
        <w:t>ả</w:t>
      </w:r>
      <w:r>
        <w:t>n lý h</w:t>
      </w:r>
      <w:r>
        <w:t>ọ</w:t>
      </w:r>
      <w:r>
        <w:t>c t</w:t>
      </w:r>
      <w:r>
        <w:t>ậ</w:t>
      </w:r>
      <w:r>
        <w:t>p qua h</w:t>
      </w:r>
      <w:r>
        <w:t>ệ</w:t>
      </w:r>
      <w:r>
        <w:t xml:space="preserve"> th</w:t>
      </w:r>
      <w:r>
        <w:t>ố</w:t>
      </w:r>
      <w:r>
        <w:t>ng VNUA-LMS / MS Teams.</w:t>
      </w:r>
    </w:p>
    <w:p w14:paraId="62FE5167" w14:textId="77777777" w:rsidR="005D031F" w:rsidRDefault="00E05792">
      <w:pPr>
        <w:spacing w:before="80" w:after="40"/>
      </w:pPr>
      <w:r>
        <w:rPr>
          <w:b/>
        </w:rPr>
        <w:t>4.2. Phương pháp h</w:t>
      </w:r>
      <w:r>
        <w:rPr>
          <w:b/>
        </w:rPr>
        <w:t>ọ</w:t>
      </w:r>
      <w:r>
        <w:rPr>
          <w:b/>
        </w:rPr>
        <w:t>c t</w:t>
      </w:r>
      <w:r>
        <w:rPr>
          <w:b/>
        </w:rPr>
        <w:t>ậ</w:t>
      </w:r>
      <w:r>
        <w:rPr>
          <w:b/>
        </w:rPr>
        <w:t>p</w:t>
      </w:r>
    </w:p>
    <w:p w14:paraId="5185D979" w14:textId="113E0623" w:rsidR="005D031F" w:rsidRDefault="00E05792">
      <w:pPr>
        <w:spacing w:after="60"/>
      </w:pPr>
      <w:r>
        <w:t>L</w:t>
      </w:r>
      <w:r>
        <w:t>ắ</w:t>
      </w:r>
      <w:r>
        <w:t>ng nghe, ghi chép và tương tác ch</w:t>
      </w:r>
      <w:r>
        <w:t>ủ</w:t>
      </w:r>
      <w:r>
        <w:t xml:space="preserve"> đ</w:t>
      </w:r>
      <w:r>
        <w:t>ộ</w:t>
      </w:r>
      <w:r>
        <w:t>ng trên l</w:t>
      </w:r>
      <w:r>
        <w:t>ớ</w:t>
      </w:r>
      <w:r>
        <w:t>p.</w:t>
      </w:r>
      <w:r>
        <w:br/>
        <w:t>Đ</w:t>
      </w:r>
      <w:r>
        <w:t>ọ</w:t>
      </w:r>
      <w:r>
        <w:t>c tài li</w:t>
      </w:r>
      <w:r>
        <w:t>ệ</w:t>
      </w:r>
      <w:r>
        <w:t>u, giáo trình trư</w:t>
      </w:r>
      <w:r>
        <w:t>ớ</w:t>
      </w:r>
      <w:r>
        <w:t>c gi</w:t>
      </w:r>
      <w:r>
        <w:t>ờ</w:t>
      </w:r>
      <w:r>
        <w:t xml:space="preserve"> h</w:t>
      </w:r>
      <w:r>
        <w:t>ọ</w:t>
      </w:r>
      <w:r>
        <w:t>c và chu</w:t>
      </w:r>
      <w:r>
        <w:t>ẩ</w:t>
      </w:r>
      <w:r>
        <w:t>n b</w:t>
      </w:r>
      <w:r>
        <w:t>ị</w:t>
      </w:r>
      <w:r>
        <w:t xml:space="preserve"> câu h</w:t>
      </w:r>
      <w:r>
        <w:t>ỏ</w:t>
      </w:r>
      <w:r>
        <w:t>i th</w:t>
      </w:r>
      <w:r>
        <w:t>ả</w:t>
      </w:r>
      <w:r>
        <w:t>o lu</w:t>
      </w:r>
      <w:r>
        <w:t>ậ</w:t>
      </w:r>
      <w:r>
        <w:t>n.</w:t>
      </w:r>
      <w:r>
        <w:br/>
        <w:t>Làm vi</w:t>
      </w:r>
      <w:r>
        <w:t>ệ</w:t>
      </w:r>
      <w:r>
        <w:t>c nhóm, th</w:t>
      </w:r>
      <w:r>
        <w:t>ự</w:t>
      </w:r>
      <w:r>
        <w:t>c hi</w:t>
      </w:r>
      <w:r>
        <w:t>ệ</w:t>
      </w:r>
      <w:r>
        <w:t>n bài t</w:t>
      </w:r>
      <w:r>
        <w:t>ậ</w:t>
      </w:r>
      <w:r>
        <w:t>p xây d</w:t>
      </w:r>
      <w:r>
        <w:t>ự</w:t>
      </w:r>
      <w:r>
        <w:t>ng đ</w:t>
      </w:r>
      <w:r>
        <w:t>ề</w:t>
      </w:r>
      <w:r>
        <w:t xml:space="preserve"> cương và công c</w:t>
      </w:r>
      <w:r>
        <w:t>ụ</w:t>
      </w:r>
      <w:r>
        <w:t xml:space="preserve"> nghiên c</w:t>
      </w:r>
      <w:r>
        <w:t>ứ</w:t>
      </w:r>
      <w:r>
        <w:t>u.</w:t>
      </w:r>
      <w:r>
        <w:br/>
      </w:r>
      <w:r>
        <w:t>Th</w:t>
      </w:r>
      <w:r>
        <w:t>ự</w:t>
      </w:r>
      <w:r>
        <w:t>c hành x</w:t>
      </w:r>
      <w:r>
        <w:t>ử</w:t>
      </w:r>
      <w:r>
        <w:t xml:space="preserve"> lý s</w:t>
      </w:r>
      <w:r>
        <w:t>ố</w:t>
      </w:r>
      <w:r>
        <w:t xml:space="preserve"> li</w:t>
      </w:r>
      <w:r>
        <w:t>ệ</w:t>
      </w:r>
      <w:r>
        <w:t>u trên máy tính và hoàn thành bài t</w:t>
      </w:r>
      <w:r>
        <w:t>ậ</w:t>
      </w:r>
      <w:r>
        <w:t>p t</w:t>
      </w:r>
      <w:r>
        <w:t>ự</w:t>
      </w:r>
      <w:r>
        <w:t xml:space="preserve"> h</w:t>
      </w:r>
      <w:r>
        <w:t>ọ</w:t>
      </w:r>
      <w:r>
        <w:t>c trên h</w:t>
      </w:r>
      <w:r>
        <w:t>ệ</w:t>
      </w:r>
      <w:r>
        <w:t xml:space="preserve"> th</w:t>
      </w:r>
      <w:r>
        <w:t>ố</w:t>
      </w:r>
      <w:r>
        <w:t>ng VNUA-LMS</w:t>
      </w:r>
      <w:r w:rsidR="00372781">
        <w:t>/ MS Teams</w:t>
      </w:r>
      <w:r>
        <w:t>.</w:t>
      </w:r>
    </w:p>
    <w:p w14:paraId="49E3C94E" w14:textId="77777777" w:rsidR="005D031F" w:rsidRDefault="00E05792">
      <w:pPr>
        <w:spacing w:before="200" w:after="80"/>
      </w:pPr>
      <w:r>
        <w:rPr>
          <w:b/>
        </w:rPr>
        <w:t>V. Nhi</w:t>
      </w:r>
      <w:r>
        <w:rPr>
          <w:b/>
        </w:rPr>
        <w:t>ệ</w:t>
      </w:r>
      <w:r>
        <w:rPr>
          <w:b/>
        </w:rPr>
        <w:t>m v</w:t>
      </w:r>
      <w:r>
        <w:rPr>
          <w:b/>
        </w:rPr>
        <w:t>ụ</w:t>
      </w:r>
      <w:r>
        <w:rPr>
          <w:b/>
        </w:rPr>
        <w:t xml:space="preserve"> c</w:t>
      </w:r>
      <w:r>
        <w:rPr>
          <w:b/>
        </w:rPr>
        <w:t>ủ</w:t>
      </w:r>
      <w:r>
        <w:rPr>
          <w:b/>
        </w:rPr>
        <w:t>a sinh viên</w:t>
      </w:r>
    </w:p>
    <w:p w14:paraId="42AE9A31" w14:textId="137E20F1" w:rsidR="005D031F" w:rsidRDefault="00E05792">
      <w:pPr>
        <w:spacing w:after="60"/>
      </w:pPr>
      <w:r>
        <w:t>- D</w:t>
      </w:r>
      <w:r>
        <w:t>ự</w:t>
      </w:r>
      <w:r>
        <w:t xml:space="preserve"> l</w:t>
      </w:r>
      <w:r>
        <w:t>ớ</w:t>
      </w:r>
      <w:r>
        <w:t>p đ</w:t>
      </w:r>
      <w:r>
        <w:t>ầ</w:t>
      </w:r>
      <w:r>
        <w:t>y đ</w:t>
      </w:r>
      <w:r>
        <w:t>ủ</w:t>
      </w:r>
      <w:r>
        <w:t>, đúng gi</w:t>
      </w:r>
      <w:r>
        <w:t>ờ</w:t>
      </w:r>
      <w:r>
        <w:t>, tham gia t</w:t>
      </w:r>
      <w:r>
        <w:t>ố</w:t>
      </w:r>
      <w:r>
        <w:t>i thi</w:t>
      </w:r>
      <w:r>
        <w:t>ể</w:t>
      </w:r>
      <w:r>
        <w:t>u 80% s</w:t>
      </w:r>
      <w:r>
        <w:t>ố</w:t>
      </w:r>
      <w:r>
        <w:t xml:space="preserve"> ti</w:t>
      </w:r>
      <w:r>
        <w:t>ế</w:t>
      </w:r>
      <w:r>
        <w:t>t h</w:t>
      </w:r>
      <w:r>
        <w:t>ọ</w:t>
      </w:r>
      <w:r>
        <w:t>c trên l</w:t>
      </w:r>
      <w:r>
        <w:t>ớ</w:t>
      </w:r>
      <w:r>
        <w:t>p.</w:t>
      </w:r>
      <w:r>
        <w:br/>
        <w:t>- Đ</w:t>
      </w:r>
      <w:r>
        <w:t>ọ</w:t>
      </w:r>
      <w:r>
        <w:t>c trư</w:t>
      </w:r>
      <w:r>
        <w:t>ớ</w:t>
      </w:r>
      <w:r>
        <w:t>c tài li</w:t>
      </w:r>
      <w:r>
        <w:t>ệ</w:t>
      </w:r>
      <w:r>
        <w:t>u, giáo trình theo hư</w:t>
      </w:r>
      <w:r>
        <w:t>ớ</w:t>
      </w:r>
      <w:r>
        <w:t>ng d</w:t>
      </w:r>
      <w:r>
        <w:t>ẫ</w:t>
      </w:r>
      <w:r>
        <w:t>n c</w:t>
      </w:r>
      <w:r>
        <w:t>ủ</w:t>
      </w:r>
      <w:r>
        <w:t>a gi</w:t>
      </w:r>
      <w:r>
        <w:t>ả</w:t>
      </w:r>
      <w:r>
        <w:t>ng viên.</w:t>
      </w:r>
      <w:r>
        <w:br/>
        <w:t>- Ch</w:t>
      </w:r>
      <w:r>
        <w:t>ủ</w:t>
      </w:r>
      <w:r>
        <w:t xml:space="preserve"> đ</w:t>
      </w:r>
      <w:r>
        <w:t>ộ</w:t>
      </w:r>
      <w:r>
        <w:t>ng tham gia các ho</w:t>
      </w:r>
      <w:r>
        <w:t>ạ</w:t>
      </w:r>
      <w:r>
        <w:t>t đ</w:t>
      </w:r>
      <w:r>
        <w:t>ộ</w:t>
      </w:r>
      <w:r>
        <w:t>ng th</w:t>
      </w:r>
      <w:r>
        <w:t>ả</w:t>
      </w:r>
      <w:r>
        <w:t>o lu</w:t>
      </w:r>
      <w:r>
        <w:t>ậ</w:t>
      </w:r>
      <w:r>
        <w:t>n nhóm, làm bài t</w:t>
      </w:r>
      <w:r>
        <w:t>ậ</w:t>
      </w:r>
      <w:r>
        <w:t>p cá nhân và bài t</w:t>
      </w:r>
      <w:r>
        <w:t>ậ</w:t>
      </w:r>
      <w:r>
        <w:t>p nhóm.</w:t>
      </w:r>
      <w:r>
        <w:br/>
        <w:t>- Hoàn thành đ</w:t>
      </w:r>
      <w:r>
        <w:t>ầ</w:t>
      </w:r>
      <w:r>
        <w:t>y đ</w:t>
      </w:r>
      <w:r>
        <w:t>ủ</w:t>
      </w:r>
      <w:r>
        <w:t xml:space="preserve"> các bài t</w:t>
      </w:r>
      <w:r>
        <w:t>ậ</w:t>
      </w:r>
      <w:r>
        <w:t>p t</w:t>
      </w:r>
      <w:r>
        <w:t>ự</w:t>
      </w:r>
      <w:r>
        <w:t xml:space="preserve"> h</w:t>
      </w:r>
      <w:r>
        <w:t>ọ</w:t>
      </w:r>
      <w:r>
        <w:t>c trên VNUA-LMS</w:t>
      </w:r>
      <w:r w:rsidR="00372781">
        <w:t>/ MS Teams</w:t>
      </w:r>
      <w:r>
        <w:t xml:space="preserve"> đúng th</w:t>
      </w:r>
      <w:r>
        <w:t>ờ</w:t>
      </w:r>
      <w:r>
        <w:t>i h</w:t>
      </w:r>
      <w:r>
        <w:t>ạ</w:t>
      </w:r>
      <w:r>
        <w:t>n.</w:t>
      </w:r>
      <w:r>
        <w:br/>
        <w:t>- D</w:t>
      </w:r>
      <w:r>
        <w:t>ự</w:t>
      </w:r>
      <w:r>
        <w:t xml:space="preserve"> ki</w:t>
      </w:r>
      <w:r>
        <w:t>ể</w:t>
      </w:r>
      <w:r>
        <w:t>m tra đánh giá quá trình và thi k</w:t>
      </w:r>
      <w:r>
        <w:t>ế</w:t>
      </w:r>
      <w:r>
        <w:t>t thúc h</w:t>
      </w:r>
      <w:r>
        <w:t>ọ</w:t>
      </w:r>
      <w:r>
        <w:t>c ph</w:t>
      </w:r>
      <w:r>
        <w:t>ầ</w:t>
      </w:r>
      <w:r>
        <w:t>n theo quy đ</w:t>
      </w:r>
      <w:r>
        <w:t>ị</w:t>
      </w:r>
      <w:r>
        <w:t>nh.</w:t>
      </w:r>
      <w:r>
        <w:br/>
        <w:t>- Tuân th</w:t>
      </w:r>
      <w:r>
        <w:t>ủ</w:t>
      </w:r>
      <w:r>
        <w:t xml:space="preserve"> quy đ</w:t>
      </w:r>
      <w:r>
        <w:t>ị</w:t>
      </w:r>
      <w:r>
        <w:t>nh v</w:t>
      </w:r>
      <w:r>
        <w:t>ề</w:t>
      </w:r>
      <w:r>
        <w:t xml:space="preserve"> liêm chính h</w:t>
      </w:r>
      <w:r>
        <w:t>ọ</w:t>
      </w:r>
      <w:r>
        <w:t>c thu</w:t>
      </w:r>
      <w:r>
        <w:t>ậ</w:t>
      </w:r>
      <w:r>
        <w:t>t, ch</w:t>
      </w:r>
      <w:r>
        <w:t>ố</w:t>
      </w:r>
      <w:r>
        <w:t>ng sao chép và gian l</w:t>
      </w:r>
      <w:r>
        <w:t>ậ</w:t>
      </w:r>
      <w:r>
        <w:t>n.</w:t>
      </w:r>
    </w:p>
    <w:p w14:paraId="1698FE23" w14:textId="77777777" w:rsidR="005D031F" w:rsidRDefault="00E05792">
      <w:pPr>
        <w:spacing w:before="200" w:after="80"/>
      </w:pPr>
      <w:r>
        <w:rPr>
          <w:b/>
        </w:rPr>
        <w:lastRenderedPageBreak/>
        <w:t>VI. Phương pháp đánh giá</w:t>
      </w:r>
    </w:p>
    <w:p w14:paraId="065A3D4A" w14:textId="77777777" w:rsidR="005D031F" w:rsidRDefault="00E05792">
      <w:pPr>
        <w:spacing w:after="40"/>
      </w:pPr>
      <w:r>
        <w:rPr>
          <w:b/>
        </w:rPr>
        <w:t>6.1. Thang đi</w:t>
      </w:r>
      <w:r>
        <w:rPr>
          <w:b/>
        </w:rPr>
        <w:t>ể</w:t>
      </w:r>
      <w:r>
        <w:rPr>
          <w:b/>
        </w:rPr>
        <w:t>m: 10</w:t>
      </w:r>
    </w:p>
    <w:p w14:paraId="4EEDF8AE" w14:textId="77777777" w:rsidR="005D031F" w:rsidRDefault="00E05792">
      <w:pPr>
        <w:spacing w:after="80"/>
      </w:pPr>
      <w:r>
        <w:rPr>
          <w:b/>
        </w:rPr>
        <w:t>6.2. Phương pháp đánh giá</w:t>
      </w:r>
    </w:p>
    <w:p w14:paraId="1A69F8EA" w14:textId="77777777" w:rsidR="005D031F" w:rsidRDefault="00E05792">
      <w:pPr>
        <w:spacing w:after="80"/>
        <w:jc w:val="center"/>
      </w:pPr>
      <w:r>
        <w:rPr>
          <w:b/>
          <w:i/>
        </w:rPr>
        <w:t>B</w:t>
      </w:r>
      <w:r>
        <w:rPr>
          <w:b/>
          <w:i/>
        </w:rPr>
        <w:t>ả</w:t>
      </w:r>
      <w:r>
        <w:rPr>
          <w:b/>
          <w:i/>
        </w:rPr>
        <w:t>ng 3. K</w:t>
      </w:r>
      <w:r>
        <w:rPr>
          <w:b/>
          <w:i/>
        </w:rPr>
        <w:t>ế</w:t>
      </w:r>
      <w:r>
        <w:rPr>
          <w:b/>
          <w:i/>
        </w:rPr>
        <w:t xml:space="preserve"> ho</w:t>
      </w:r>
      <w:r>
        <w:rPr>
          <w:b/>
          <w:i/>
        </w:rPr>
        <w:t>ạ</w:t>
      </w:r>
      <w:r>
        <w:rPr>
          <w:b/>
          <w:i/>
        </w:rPr>
        <w:t>ch đánh giá và tr</w:t>
      </w:r>
      <w:r>
        <w:rPr>
          <w:b/>
          <w:i/>
        </w:rPr>
        <w:t>ọ</w:t>
      </w:r>
      <w:r>
        <w:rPr>
          <w:b/>
          <w:i/>
        </w:rPr>
        <w:t>ng s</w:t>
      </w:r>
      <w:r>
        <w:rPr>
          <w:b/>
          <w:i/>
        </w:rPr>
        <w:t>ố</w:t>
      </w:r>
      <w:r>
        <w:rPr>
          <w:b/>
          <w:i/>
        </w:rPr>
        <w:t xml:space="preserve"> đi</w:t>
      </w:r>
      <w:r>
        <w:rPr>
          <w:b/>
          <w:i/>
        </w:rPr>
        <w:t>ể</w:t>
      </w:r>
      <w:r>
        <w:rPr>
          <w:b/>
          <w:i/>
        </w:rPr>
        <w:t>m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701"/>
        <w:gridCol w:w="1020"/>
        <w:gridCol w:w="1020"/>
        <w:gridCol w:w="1247"/>
        <w:gridCol w:w="1417"/>
        <w:gridCol w:w="1247"/>
        <w:gridCol w:w="1417"/>
      </w:tblGrid>
      <w:tr w:rsidR="005D031F" w14:paraId="311CC143" w14:textId="77777777" w:rsidTr="00372781">
        <w:trPr>
          <w:cantSplit/>
          <w:jc w:val="center"/>
        </w:trPr>
        <w:tc>
          <w:tcPr>
            <w:tcW w:w="170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7EEA58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Ho</w:t>
            </w:r>
            <w:r>
              <w:rPr>
                <w:b/>
              </w:rPr>
              <w:t>ạ</w:t>
            </w:r>
            <w:r>
              <w:rPr>
                <w:b/>
              </w:rPr>
              <w:t>t đ</w:t>
            </w:r>
            <w:r>
              <w:rPr>
                <w:b/>
              </w:rPr>
              <w:t>ộ</w:t>
            </w:r>
            <w:r>
              <w:rPr>
                <w:b/>
              </w:rPr>
              <w:t>ng đánh giá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(1)</w:t>
            </w:r>
          </w:p>
        </w:tc>
        <w:tc>
          <w:tcPr>
            <w:tcW w:w="102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F11ACC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  <w:r>
              <w:rPr>
                <w:b/>
              </w:rPr>
              <w:br/>
              <w:t>(2)</w:t>
            </w:r>
          </w:p>
        </w:tc>
        <w:tc>
          <w:tcPr>
            <w:tcW w:w="102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9DBC14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  <w:r>
              <w:rPr>
                <w:b/>
              </w:rPr>
              <w:br/>
              <w:t>(3)</w:t>
            </w:r>
          </w:p>
        </w:tc>
        <w:tc>
          <w:tcPr>
            <w:tcW w:w="1247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453F69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Đi</w:t>
            </w:r>
            <w:r>
              <w:rPr>
                <w:b/>
              </w:rPr>
              <w:t>ể</w:t>
            </w:r>
            <w:r>
              <w:rPr>
                <w:b/>
              </w:rPr>
              <w:t>m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ủ</w:t>
            </w:r>
            <w:r>
              <w:rPr>
                <w:b/>
              </w:rPr>
              <w:t>a ho</w:t>
            </w:r>
            <w:r>
              <w:rPr>
                <w:b/>
              </w:rPr>
              <w:t>ạ</w:t>
            </w:r>
            <w:r>
              <w:rPr>
                <w:b/>
              </w:rPr>
              <w:t>t đ</w:t>
            </w:r>
            <w:r>
              <w:rPr>
                <w:b/>
              </w:rPr>
              <w:t>ộ</w:t>
            </w:r>
            <w:r>
              <w:rPr>
                <w:b/>
              </w:rPr>
              <w:t>ng đánh giá phân b</w:t>
            </w:r>
            <w:r>
              <w:rPr>
                <w:b/>
              </w:rPr>
              <w:t>ổ</w:t>
            </w:r>
            <w:r>
              <w:rPr>
                <w:b/>
              </w:rPr>
              <w:t xml:space="preserve"> cho t</w:t>
            </w:r>
            <w:r>
              <w:rPr>
                <w:b/>
              </w:rPr>
              <w:t>ừ</w:t>
            </w:r>
            <w:r>
              <w:rPr>
                <w:b/>
              </w:rPr>
              <w:t>ng 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  <w:r>
              <w:rPr>
                <w:b/>
              </w:rPr>
              <w:br/>
              <w:t>(4)</w:t>
            </w:r>
          </w:p>
        </w:tc>
        <w:tc>
          <w:tcPr>
            <w:tcW w:w="1417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9E4117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Tr</w:t>
            </w:r>
            <w:r>
              <w:rPr>
                <w:b/>
              </w:rPr>
              <w:t>ọ</w:t>
            </w:r>
            <w:r>
              <w:rPr>
                <w:b/>
              </w:rPr>
              <w:t>ng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ủ</w:t>
            </w:r>
            <w:r>
              <w:rPr>
                <w:b/>
              </w:rPr>
              <w:t>a 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trên đi</w:t>
            </w:r>
            <w:r>
              <w:rPr>
                <w:b/>
              </w:rPr>
              <w:t>ể</w:t>
            </w:r>
            <w:r>
              <w:rPr>
                <w:b/>
              </w:rPr>
              <w:t>m toàn ph</w:t>
            </w:r>
            <w:r>
              <w:rPr>
                <w:b/>
              </w:rPr>
              <w:t>ầ</w:t>
            </w:r>
            <w:r>
              <w:rPr>
                <w:b/>
              </w:rPr>
              <w:t>n (%)</w:t>
            </w:r>
            <w:r>
              <w:rPr>
                <w:b/>
              </w:rPr>
              <w:br/>
              <w:t>(5) = (4)*(6)/10</w:t>
            </w:r>
          </w:p>
        </w:tc>
        <w:tc>
          <w:tcPr>
            <w:tcW w:w="1247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33CDB3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Tr</w:t>
            </w:r>
            <w:r>
              <w:rPr>
                <w:b/>
              </w:rPr>
              <w:t>ọ</w:t>
            </w:r>
            <w:r>
              <w:rPr>
                <w:b/>
              </w:rPr>
              <w:t>ng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ủ</w:t>
            </w:r>
            <w:r>
              <w:rPr>
                <w:b/>
              </w:rPr>
              <w:t>a ho</w:t>
            </w:r>
            <w:r>
              <w:rPr>
                <w:b/>
              </w:rPr>
              <w:t>ạ</w:t>
            </w:r>
            <w:r>
              <w:rPr>
                <w:b/>
              </w:rPr>
              <w:t>t đ</w:t>
            </w:r>
            <w:r>
              <w:rPr>
                <w:b/>
              </w:rPr>
              <w:t>ộ</w:t>
            </w:r>
            <w:r>
              <w:rPr>
                <w:b/>
              </w:rPr>
              <w:t>ng đánh giá (%)</w:t>
            </w:r>
            <w:r>
              <w:rPr>
                <w:b/>
              </w:rPr>
              <w:br/>
              <w:t>(6)</w:t>
            </w:r>
          </w:p>
        </w:tc>
        <w:tc>
          <w:tcPr>
            <w:tcW w:w="1417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67044C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Th</w:t>
            </w:r>
            <w:r>
              <w:rPr>
                <w:b/>
              </w:rPr>
              <w:t>ờ</w:t>
            </w:r>
            <w:r>
              <w:rPr>
                <w:b/>
              </w:rPr>
              <w:t>i gian/Tu</w:t>
            </w:r>
            <w:r>
              <w:rPr>
                <w:b/>
              </w:rPr>
              <w:t>ầ</w:t>
            </w:r>
            <w:r>
              <w:rPr>
                <w:b/>
              </w:rPr>
              <w:t>n h</w:t>
            </w:r>
            <w:r>
              <w:rPr>
                <w:b/>
              </w:rPr>
              <w:t>ọ</w:t>
            </w:r>
            <w:r>
              <w:rPr>
                <w:b/>
              </w:rPr>
              <w:t>c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(7)</w:t>
            </w:r>
          </w:p>
        </w:tc>
      </w:tr>
      <w:tr w:rsidR="005D031F" w14:paraId="051D7E55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2EED8C" w14:textId="77777777" w:rsidR="005D031F" w:rsidRDefault="00E05792" w:rsidP="00372781">
            <w:pPr>
              <w:spacing w:after="0"/>
            </w:pPr>
            <w:r>
              <w:t>Đánh giá chuyên c</w:t>
            </w:r>
            <w:r>
              <w:t>ầ</w:t>
            </w:r>
            <w:r>
              <w:t>n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5BF545" w14:textId="77777777" w:rsidR="005D031F" w:rsidRDefault="00E05792" w:rsidP="00372781">
            <w:pPr>
              <w:spacing w:after="0"/>
              <w:jc w:val="center"/>
            </w:pPr>
            <w:r>
              <w:t>CLO5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DD10A3" w14:textId="77777777" w:rsidR="005D031F" w:rsidRDefault="00E05792" w:rsidP="00372781">
            <w:pPr>
              <w:spacing w:after="0"/>
              <w:jc w:val="center"/>
            </w:pPr>
            <w:r>
              <w:t>CI 5.1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D41C5F" w14:textId="77777777" w:rsidR="005D031F" w:rsidRDefault="00E05792" w:rsidP="00372781">
            <w:pPr>
              <w:spacing w:after="0"/>
              <w:jc w:val="center"/>
            </w:pPr>
            <w:r>
              <w:t>5.0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515C93" w14:textId="77777777" w:rsidR="005D031F" w:rsidRDefault="00E05792" w:rsidP="00372781">
            <w:pPr>
              <w:spacing w:after="0"/>
              <w:jc w:val="center"/>
            </w:pPr>
            <w:r>
              <w:t>5.0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595B1A" w14:textId="77777777" w:rsidR="005D031F" w:rsidRDefault="00E05792" w:rsidP="00372781">
            <w:pPr>
              <w:spacing w:after="0"/>
              <w:jc w:val="center"/>
            </w:pPr>
            <w:r>
              <w:t>10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08DD46" w14:textId="77777777" w:rsidR="005D031F" w:rsidRDefault="00E05792" w:rsidP="00372781">
            <w:pPr>
              <w:spacing w:after="0"/>
              <w:jc w:val="center"/>
            </w:pPr>
            <w:r>
              <w:t>Tu</w:t>
            </w:r>
            <w:r>
              <w:t>ầ</w:t>
            </w:r>
            <w:r>
              <w:t>n 1-15</w:t>
            </w:r>
          </w:p>
        </w:tc>
      </w:tr>
      <w:tr w:rsidR="005D031F" w14:paraId="100553A8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842352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4BF395" w14:textId="77777777" w:rsidR="005D031F" w:rsidRDefault="00E05792" w:rsidP="00372781">
            <w:pPr>
              <w:spacing w:after="0"/>
              <w:jc w:val="center"/>
            </w:pPr>
            <w:r>
              <w:t>CLO5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CC5919" w14:textId="77777777" w:rsidR="005D031F" w:rsidRDefault="00E05792" w:rsidP="00372781">
            <w:pPr>
              <w:spacing w:after="0"/>
              <w:jc w:val="center"/>
            </w:pPr>
            <w:r>
              <w:t>CI 5.2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82CFE1" w14:textId="77777777" w:rsidR="005D031F" w:rsidRDefault="00E05792" w:rsidP="00372781">
            <w:pPr>
              <w:spacing w:after="0"/>
              <w:jc w:val="center"/>
            </w:pPr>
            <w:r>
              <w:t>5.0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6DB345" w14:textId="77777777" w:rsidR="005D031F" w:rsidRDefault="00E05792" w:rsidP="00372781">
            <w:pPr>
              <w:spacing w:after="0"/>
              <w:jc w:val="center"/>
            </w:pPr>
            <w:r>
              <w:t>5.0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833150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079C56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6D9FD89A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67014A" w14:textId="77777777" w:rsidR="005D031F" w:rsidRDefault="00E05792" w:rsidP="00372781">
            <w:pPr>
              <w:spacing w:after="0"/>
            </w:pPr>
            <w:r>
              <w:t>Đánh giá thư</w:t>
            </w:r>
            <w:r>
              <w:t>ờ</w:t>
            </w:r>
            <w:r>
              <w:t>ng xuyên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A942A3" w14:textId="77777777" w:rsidR="005D031F" w:rsidRDefault="00E05792" w:rsidP="00372781">
            <w:pPr>
              <w:spacing w:after="0"/>
              <w:jc w:val="center"/>
            </w:pPr>
            <w:r>
              <w:t>CLO1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6E1705" w14:textId="77777777" w:rsidR="005D031F" w:rsidRDefault="00E05792" w:rsidP="00372781">
            <w:pPr>
              <w:spacing w:after="0"/>
              <w:jc w:val="center"/>
            </w:pPr>
            <w:r>
              <w:t>CI 1.1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75F050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90EA35" w14:textId="77777777" w:rsidR="005D031F" w:rsidRDefault="00E05792" w:rsidP="00372781">
            <w:pPr>
              <w:spacing w:after="0"/>
              <w:jc w:val="center"/>
            </w:pPr>
            <w:r>
              <w:t>4.5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75AF1E" w14:textId="77777777" w:rsidR="005D031F" w:rsidRDefault="00E05792" w:rsidP="00372781">
            <w:pPr>
              <w:spacing w:after="0"/>
              <w:jc w:val="center"/>
            </w:pPr>
            <w:r>
              <w:t>30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CC171F" w14:textId="77777777" w:rsidR="005D031F" w:rsidRDefault="00E05792" w:rsidP="00372781">
            <w:pPr>
              <w:spacing w:after="0"/>
              <w:jc w:val="center"/>
            </w:pPr>
            <w:r>
              <w:t>Tu</w:t>
            </w:r>
            <w:r>
              <w:t>ầ</w:t>
            </w:r>
            <w:r>
              <w:t>n 4-14</w:t>
            </w:r>
          </w:p>
        </w:tc>
      </w:tr>
      <w:tr w:rsidR="005D031F" w14:paraId="478D4B00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456BB5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41B7A1" w14:textId="77777777" w:rsidR="005D031F" w:rsidRDefault="00E05792" w:rsidP="00372781">
            <w:pPr>
              <w:spacing w:after="0"/>
              <w:jc w:val="center"/>
            </w:pPr>
            <w:r>
              <w:t>CLO2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2E49CC" w14:textId="77777777" w:rsidR="005D031F" w:rsidRDefault="00E05792" w:rsidP="00372781">
            <w:pPr>
              <w:spacing w:after="0"/>
              <w:jc w:val="center"/>
            </w:pPr>
            <w:r>
              <w:t>CI 2.1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D1D454" w14:textId="77777777" w:rsidR="005D031F" w:rsidRDefault="00E05792" w:rsidP="00372781">
            <w:pPr>
              <w:spacing w:after="0"/>
              <w:jc w:val="center"/>
            </w:pPr>
            <w:r>
              <w:t>2.0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B5D59" w14:textId="77777777" w:rsidR="005D031F" w:rsidRDefault="00E05792" w:rsidP="00372781">
            <w:pPr>
              <w:spacing w:after="0"/>
              <w:jc w:val="center"/>
            </w:pPr>
            <w:r>
              <w:t>6.0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C9206F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EE1AF8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32AC3D94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830D9A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AD952D" w14:textId="77777777" w:rsidR="005D031F" w:rsidRDefault="00E05792" w:rsidP="00372781">
            <w:pPr>
              <w:spacing w:after="0"/>
              <w:jc w:val="center"/>
            </w:pPr>
            <w:r>
              <w:t>CLO3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40BD15" w14:textId="77777777" w:rsidR="005D031F" w:rsidRDefault="00E05792" w:rsidP="00372781">
            <w:pPr>
              <w:spacing w:after="0"/>
              <w:jc w:val="center"/>
            </w:pPr>
            <w:r>
              <w:t>CI 3.1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A2B163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7BE5E0" w14:textId="77777777" w:rsidR="005D031F" w:rsidRDefault="00E05792" w:rsidP="00372781">
            <w:pPr>
              <w:spacing w:after="0"/>
              <w:jc w:val="center"/>
            </w:pPr>
            <w:r>
              <w:t>4.5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2EA415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598E13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47C1140A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C325F8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944E59" w14:textId="77777777" w:rsidR="005D031F" w:rsidRDefault="00E05792" w:rsidP="00372781">
            <w:pPr>
              <w:spacing w:after="0"/>
              <w:jc w:val="center"/>
            </w:pPr>
            <w:r>
              <w:t>CLO3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8E6919" w14:textId="77777777" w:rsidR="005D031F" w:rsidRDefault="00E05792" w:rsidP="00372781">
            <w:pPr>
              <w:spacing w:after="0"/>
              <w:jc w:val="center"/>
            </w:pPr>
            <w:r>
              <w:t>CI 3.2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62C9D6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E5E3D8" w14:textId="77777777" w:rsidR="005D031F" w:rsidRDefault="00E05792" w:rsidP="00372781">
            <w:pPr>
              <w:spacing w:after="0"/>
              <w:jc w:val="center"/>
            </w:pPr>
            <w:r>
              <w:t>4.5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62ABCA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652173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5FFFD7F3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2AA69D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46ACD9" w14:textId="77777777" w:rsidR="005D031F" w:rsidRDefault="00E05792" w:rsidP="00372781">
            <w:pPr>
              <w:spacing w:after="0"/>
              <w:jc w:val="center"/>
            </w:pPr>
            <w:r>
              <w:t>CLO4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61FC8B" w14:textId="77777777" w:rsidR="005D031F" w:rsidRDefault="00E05792" w:rsidP="00372781">
            <w:pPr>
              <w:spacing w:after="0"/>
              <w:jc w:val="center"/>
            </w:pPr>
            <w:r>
              <w:t>CI 4.1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220FB3" w14:textId="77777777" w:rsidR="005D031F" w:rsidRDefault="00E05792" w:rsidP="00372781">
            <w:pPr>
              <w:spacing w:after="0"/>
              <w:jc w:val="center"/>
            </w:pPr>
            <w:r>
              <w:t>2.0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C13080" w14:textId="77777777" w:rsidR="005D031F" w:rsidRDefault="00E05792" w:rsidP="00372781">
            <w:pPr>
              <w:spacing w:after="0"/>
              <w:jc w:val="center"/>
            </w:pPr>
            <w:r>
              <w:t>6.0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6E7C9C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AF4BE9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21FE4EFC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0C68DB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1F8E38" w14:textId="77777777" w:rsidR="005D031F" w:rsidRDefault="00E05792" w:rsidP="00372781">
            <w:pPr>
              <w:spacing w:after="0"/>
              <w:jc w:val="center"/>
            </w:pPr>
            <w:r>
              <w:t>CLO4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9FF380" w14:textId="77777777" w:rsidR="005D031F" w:rsidRDefault="00E05792" w:rsidP="00372781">
            <w:pPr>
              <w:spacing w:after="0"/>
              <w:jc w:val="center"/>
            </w:pPr>
            <w:r>
              <w:t>CI 4.2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4D6AC4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059F05" w14:textId="77777777" w:rsidR="005D031F" w:rsidRDefault="00E05792" w:rsidP="00372781">
            <w:pPr>
              <w:spacing w:after="0"/>
              <w:jc w:val="center"/>
            </w:pPr>
            <w:r>
              <w:t>4.5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B25709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C1D467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6A73B048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28CBAD" w14:textId="77777777" w:rsidR="005D031F" w:rsidRDefault="00E05792" w:rsidP="00372781">
            <w:pPr>
              <w:spacing w:after="0"/>
            </w:pPr>
            <w:r>
              <w:t>Đánh giá cu</w:t>
            </w:r>
            <w:r>
              <w:t>ố</w:t>
            </w:r>
            <w:r>
              <w:t>i kì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1A732F" w14:textId="77777777" w:rsidR="005D031F" w:rsidRDefault="00E05792" w:rsidP="00372781">
            <w:pPr>
              <w:spacing w:after="0"/>
              <w:jc w:val="center"/>
            </w:pPr>
            <w:r>
              <w:t>CLO1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C1828E" w14:textId="77777777" w:rsidR="005D031F" w:rsidRDefault="00E05792" w:rsidP="00372781">
            <w:pPr>
              <w:spacing w:after="0"/>
              <w:jc w:val="center"/>
            </w:pPr>
            <w:r>
              <w:t>CI 1.1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BA4911" w14:textId="77777777" w:rsidR="005D031F" w:rsidRDefault="00E05792" w:rsidP="00372781">
            <w:pPr>
              <w:spacing w:after="0"/>
              <w:jc w:val="center"/>
            </w:pPr>
            <w:r>
              <w:t>1.0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91F5F4" w14:textId="77777777" w:rsidR="005D031F" w:rsidRDefault="00E05792" w:rsidP="00372781">
            <w:pPr>
              <w:spacing w:after="0"/>
              <w:jc w:val="center"/>
            </w:pPr>
            <w:r>
              <w:t>6.0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95773E" w14:textId="77777777" w:rsidR="005D031F" w:rsidRDefault="00E05792" w:rsidP="00372781">
            <w:pPr>
              <w:spacing w:after="0"/>
              <w:jc w:val="center"/>
            </w:pPr>
            <w:r>
              <w:t>60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0C6B0E" w14:textId="77777777" w:rsidR="005D031F" w:rsidRDefault="00E05792" w:rsidP="00372781">
            <w:pPr>
              <w:spacing w:after="0"/>
              <w:jc w:val="center"/>
            </w:pPr>
            <w:r>
              <w:t>Theo l</w:t>
            </w:r>
            <w:r>
              <w:t>ị</w:t>
            </w:r>
            <w:r>
              <w:t>ch thi</w:t>
            </w:r>
          </w:p>
        </w:tc>
      </w:tr>
      <w:tr w:rsidR="005D031F" w14:paraId="7BBE2123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3E9CD6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13A00C" w14:textId="77777777" w:rsidR="005D031F" w:rsidRDefault="00E05792" w:rsidP="00372781">
            <w:pPr>
              <w:spacing w:after="0"/>
              <w:jc w:val="center"/>
            </w:pPr>
            <w:r>
              <w:t>CLO1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EFD230" w14:textId="77777777" w:rsidR="005D031F" w:rsidRDefault="00E05792" w:rsidP="00372781">
            <w:pPr>
              <w:spacing w:after="0"/>
              <w:jc w:val="center"/>
            </w:pPr>
            <w:r>
              <w:t>CI 1.2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5F4F81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7A006C" w14:textId="77777777" w:rsidR="005D031F" w:rsidRDefault="00E05792" w:rsidP="00372781">
            <w:pPr>
              <w:spacing w:after="0"/>
              <w:jc w:val="center"/>
            </w:pPr>
            <w:r>
              <w:t>9.0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6F131D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3D1E3F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5B1D23C3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0A3C24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B217CE" w14:textId="77777777" w:rsidR="005D031F" w:rsidRDefault="00E05792" w:rsidP="00372781">
            <w:pPr>
              <w:spacing w:after="0"/>
              <w:jc w:val="center"/>
            </w:pPr>
            <w:r>
              <w:t>CLO2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4814CD" w14:textId="77777777" w:rsidR="005D031F" w:rsidRDefault="00E05792" w:rsidP="00372781">
            <w:pPr>
              <w:spacing w:after="0"/>
              <w:jc w:val="center"/>
            </w:pPr>
            <w:r>
              <w:t>CI 2.1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52C395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25ED11" w14:textId="77777777" w:rsidR="005D031F" w:rsidRDefault="00E05792" w:rsidP="00372781">
            <w:pPr>
              <w:spacing w:after="0"/>
              <w:jc w:val="center"/>
            </w:pPr>
            <w:r>
              <w:t>9.0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047905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A39878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02700BEA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F1C689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5A2F50" w14:textId="77777777" w:rsidR="005D031F" w:rsidRDefault="00E05792" w:rsidP="00372781">
            <w:pPr>
              <w:spacing w:after="0"/>
              <w:jc w:val="center"/>
            </w:pPr>
            <w:r>
              <w:t>CLO2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D5FD15" w14:textId="77777777" w:rsidR="005D031F" w:rsidRDefault="00E05792" w:rsidP="00372781">
            <w:pPr>
              <w:spacing w:after="0"/>
              <w:jc w:val="center"/>
            </w:pPr>
            <w:r>
              <w:t>CI 2.2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5AF37C" w14:textId="77777777" w:rsidR="005D031F" w:rsidRDefault="00E05792" w:rsidP="00372781">
            <w:pPr>
              <w:spacing w:after="0"/>
              <w:jc w:val="center"/>
            </w:pPr>
            <w:r>
              <w:t>2.0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3BA242" w14:textId="77777777" w:rsidR="005D031F" w:rsidRDefault="00E05792" w:rsidP="00372781">
            <w:pPr>
              <w:spacing w:after="0"/>
              <w:jc w:val="center"/>
            </w:pPr>
            <w:r>
              <w:t>12.0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CC7906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4B93C1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23F34950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85B759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D792AB" w14:textId="77777777" w:rsidR="005D031F" w:rsidRDefault="00E05792" w:rsidP="00372781">
            <w:pPr>
              <w:spacing w:after="0"/>
              <w:jc w:val="center"/>
            </w:pPr>
            <w:r>
              <w:t>CLO3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22A9F3" w14:textId="77777777" w:rsidR="005D031F" w:rsidRDefault="00E05792" w:rsidP="00372781">
            <w:pPr>
              <w:spacing w:after="0"/>
              <w:jc w:val="center"/>
            </w:pPr>
            <w:r>
              <w:t>CI 3.1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DEA478" w14:textId="77777777" w:rsidR="005D031F" w:rsidRDefault="00E05792" w:rsidP="00372781">
            <w:pPr>
              <w:spacing w:after="0"/>
              <w:jc w:val="center"/>
            </w:pPr>
            <w:r>
              <w:t>1.0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587D98" w14:textId="77777777" w:rsidR="005D031F" w:rsidRDefault="00E05792" w:rsidP="00372781">
            <w:pPr>
              <w:spacing w:after="0"/>
              <w:jc w:val="center"/>
            </w:pPr>
            <w:r>
              <w:t>6.0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D6D635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E48C9D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68C29E58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505994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896299" w14:textId="77777777" w:rsidR="005D031F" w:rsidRDefault="00E05792" w:rsidP="00372781">
            <w:pPr>
              <w:spacing w:after="0"/>
              <w:jc w:val="center"/>
            </w:pPr>
            <w:r>
              <w:t>CLO4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986DA2" w14:textId="77777777" w:rsidR="005D031F" w:rsidRDefault="00E05792" w:rsidP="00372781">
            <w:pPr>
              <w:spacing w:after="0"/>
              <w:jc w:val="center"/>
            </w:pPr>
            <w:r>
              <w:t>CI 4.1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B2C8FA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D4F296" w14:textId="77777777" w:rsidR="005D031F" w:rsidRDefault="00E05792" w:rsidP="00372781">
            <w:pPr>
              <w:spacing w:after="0"/>
              <w:jc w:val="center"/>
            </w:pPr>
            <w:r>
              <w:t>9.0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6B678B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700D7F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726F908D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4194AD" w14:textId="77777777" w:rsidR="005D031F" w:rsidRDefault="005D031F" w:rsidP="00372781">
            <w:pPr>
              <w:spacing w:after="0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F16A3F" w14:textId="77777777" w:rsidR="005D031F" w:rsidRDefault="00E05792" w:rsidP="00372781">
            <w:pPr>
              <w:spacing w:after="0"/>
              <w:jc w:val="center"/>
            </w:pPr>
            <w:r>
              <w:t>CLO4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85AB9B" w14:textId="77777777" w:rsidR="005D031F" w:rsidRDefault="00E05792" w:rsidP="00372781">
            <w:pPr>
              <w:spacing w:after="0"/>
              <w:jc w:val="center"/>
            </w:pPr>
            <w:r>
              <w:t>CI 4.2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154667" w14:textId="77777777" w:rsidR="005D031F" w:rsidRDefault="00E05792" w:rsidP="00372781">
            <w:pPr>
              <w:spacing w:after="0"/>
              <w:jc w:val="center"/>
            </w:pPr>
            <w:r>
              <w:t>1.5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3AC93D" w14:textId="77777777" w:rsidR="005D031F" w:rsidRDefault="00E05792" w:rsidP="00372781">
            <w:pPr>
              <w:spacing w:after="0"/>
              <w:jc w:val="center"/>
            </w:pPr>
            <w:r>
              <w:t>9.0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47119C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7B6F74" w14:textId="77777777" w:rsidR="005D031F" w:rsidRDefault="005D031F" w:rsidP="00372781">
            <w:pPr>
              <w:spacing w:after="0"/>
              <w:jc w:val="center"/>
            </w:pPr>
          </w:p>
        </w:tc>
      </w:tr>
      <w:tr w:rsidR="005D031F" w14:paraId="1BCE1231" w14:textId="77777777" w:rsidTr="00372781">
        <w:trPr>
          <w:cantSplit/>
          <w:jc w:val="center"/>
        </w:trPr>
        <w:tc>
          <w:tcPr>
            <w:tcW w:w="170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096224" w14:textId="77777777" w:rsidR="005D031F" w:rsidRDefault="00E05792" w:rsidP="00372781">
            <w:pPr>
              <w:spacing w:after="0"/>
            </w:pPr>
            <w:r>
              <w:rPr>
                <w:b/>
              </w:rPr>
              <w:t>T</w:t>
            </w:r>
            <w:r>
              <w:rPr>
                <w:b/>
              </w:rPr>
              <w:t>ổ</w:t>
            </w:r>
            <w:r>
              <w:rPr>
                <w:b/>
              </w:rPr>
              <w:t>ng</w:t>
            </w: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06CEBA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3592A2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471B41" w14:textId="77777777" w:rsidR="005D031F" w:rsidRDefault="005D031F" w:rsidP="00372781">
            <w:pPr>
              <w:spacing w:after="0"/>
              <w:jc w:val="center"/>
            </w:pP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ED749E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100</w:t>
            </w:r>
          </w:p>
        </w:tc>
        <w:tc>
          <w:tcPr>
            <w:tcW w:w="124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9F895E" w14:textId="77777777" w:rsidR="005D031F" w:rsidRDefault="00E05792" w:rsidP="00372781">
            <w:pPr>
              <w:spacing w:after="0"/>
              <w:jc w:val="center"/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65CF49" w14:textId="77777777" w:rsidR="005D031F" w:rsidRDefault="005D031F" w:rsidP="00372781">
            <w:pPr>
              <w:spacing w:after="0"/>
              <w:jc w:val="center"/>
            </w:pPr>
          </w:p>
        </w:tc>
      </w:tr>
    </w:tbl>
    <w:p w14:paraId="4B9CA024" w14:textId="77777777" w:rsidR="005D031F" w:rsidRDefault="005D031F">
      <w:pPr>
        <w:spacing w:after="60"/>
      </w:pPr>
    </w:p>
    <w:p w14:paraId="52B863B6" w14:textId="77777777" w:rsidR="005D031F" w:rsidRDefault="00E05792">
      <w:pPr>
        <w:spacing w:before="80" w:after="80"/>
      </w:pPr>
      <w:r>
        <w:rPr>
          <w:b/>
        </w:rPr>
        <w:t>6.3. Rubric dùng cho các ho</w:t>
      </w:r>
      <w:r>
        <w:rPr>
          <w:b/>
        </w:rPr>
        <w:t>ạ</w:t>
      </w:r>
      <w:r>
        <w:rPr>
          <w:b/>
        </w:rPr>
        <w:t>t đ</w:t>
      </w:r>
      <w:r>
        <w:rPr>
          <w:b/>
        </w:rPr>
        <w:t>ộ</w:t>
      </w:r>
      <w:r>
        <w:rPr>
          <w:b/>
        </w:rPr>
        <w:t>ng đánh giá đ</w:t>
      </w:r>
      <w:r>
        <w:rPr>
          <w:b/>
        </w:rPr>
        <w:t>ị</w:t>
      </w:r>
      <w:r>
        <w:rPr>
          <w:b/>
        </w:rPr>
        <w:t>nh tính</w:t>
      </w:r>
    </w:p>
    <w:p w14:paraId="06D626C5" w14:textId="77777777" w:rsidR="005D031F" w:rsidRDefault="00E05792">
      <w:pPr>
        <w:spacing w:after="40"/>
      </w:pPr>
      <w:r>
        <w:rPr>
          <w:b/>
          <w:i/>
        </w:rPr>
        <w:t>Rubric 1. Đánh giá chuyên c</w:t>
      </w:r>
      <w:r>
        <w:rPr>
          <w:b/>
          <w:i/>
        </w:rPr>
        <w:t>ầ</w:t>
      </w:r>
      <w:r>
        <w:rPr>
          <w:b/>
          <w:i/>
        </w:rPr>
        <w:t>n và thái đ</w:t>
      </w:r>
      <w:r>
        <w:rPr>
          <w:b/>
          <w:i/>
        </w:rPr>
        <w:t>ộ</w:t>
      </w:r>
      <w:r>
        <w:rPr>
          <w:b/>
          <w:i/>
        </w:rPr>
        <w:t xml:space="preserve"> h</w:t>
      </w:r>
      <w:r>
        <w:rPr>
          <w:b/>
          <w:i/>
        </w:rPr>
        <w:t>ọ</w:t>
      </w:r>
      <w:r>
        <w:rPr>
          <w:b/>
          <w:i/>
        </w:rPr>
        <w:t>c t</w:t>
      </w:r>
      <w:r>
        <w:rPr>
          <w:b/>
          <w:i/>
        </w:rPr>
        <w:t>ậ</w:t>
      </w:r>
      <w:r>
        <w:rPr>
          <w:b/>
          <w:i/>
        </w:rPr>
        <w:t>p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015"/>
        <w:gridCol w:w="1555"/>
        <w:gridCol w:w="801"/>
        <w:gridCol w:w="1509"/>
        <w:gridCol w:w="1502"/>
        <w:gridCol w:w="1509"/>
        <w:gridCol w:w="1454"/>
      </w:tblGrid>
      <w:tr w:rsidR="005D031F" w14:paraId="663A4714" w14:textId="77777777">
        <w:trPr>
          <w:cantSplit/>
          <w:tblHeader/>
          <w:jc w:val="center"/>
        </w:trPr>
        <w:tc>
          <w:tcPr>
            <w:tcW w:w="1020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9A0B63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</w:p>
        </w:tc>
        <w:tc>
          <w:tcPr>
            <w:tcW w:w="1587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B3BB2C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Tiêu chí đánh giá</w:t>
            </w:r>
          </w:p>
        </w:tc>
        <w:tc>
          <w:tcPr>
            <w:tcW w:w="680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20312B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H</w:t>
            </w:r>
            <w:r>
              <w:rPr>
                <w:b/>
              </w:rPr>
              <w:t>ệ</w:t>
            </w:r>
            <w:r>
              <w:rPr>
                <w:b/>
              </w:rPr>
              <w:t xml:space="preserve">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ủ</w:t>
            </w:r>
            <w:r>
              <w:rPr>
                <w:b/>
              </w:rPr>
              <w:t>a tiêu chí đánh giá</w:t>
            </w:r>
          </w:p>
        </w:tc>
        <w:tc>
          <w:tcPr>
            <w:tcW w:w="1474" w:type="dxa"/>
            <w:gridSpan w:val="4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0B2294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Thang đánh giá cho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</w:tr>
      <w:tr w:rsidR="005D031F" w14:paraId="7E8D0A57" w14:textId="77777777">
        <w:trPr>
          <w:cantSplit/>
          <w:jc w:val="center"/>
        </w:trPr>
        <w:tc>
          <w:tcPr>
            <w:tcW w:w="1384" w:type="dxa"/>
            <w:vMerge/>
          </w:tcPr>
          <w:p w14:paraId="64C5B6C3" w14:textId="77777777" w:rsidR="005D031F" w:rsidRDefault="005D031F" w:rsidP="00DA0B6F">
            <w:pPr>
              <w:spacing w:after="0"/>
            </w:pPr>
          </w:p>
        </w:tc>
        <w:tc>
          <w:tcPr>
            <w:tcW w:w="1384" w:type="dxa"/>
            <w:vMerge/>
          </w:tcPr>
          <w:p w14:paraId="10013148" w14:textId="77777777" w:rsidR="005D031F" w:rsidRDefault="005D031F" w:rsidP="00DA0B6F">
            <w:pPr>
              <w:spacing w:after="0"/>
            </w:pPr>
          </w:p>
        </w:tc>
        <w:tc>
          <w:tcPr>
            <w:tcW w:w="1384" w:type="dxa"/>
            <w:vMerge/>
          </w:tcPr>
          <w:p w14:paraId="18CC53DA" w14:textId="77777777" w:rsidR="005D031F" w:rsidRDefault="005D031F" w:rsidP="00DA0B6F">
            <w:pPr>
              <w:spacing w:after="0"/>
            </w:pP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B98A9D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</w:t>
            </w:r>
            <w:r>
              <w:rPr>
                <w:b/>
              </w:rPr>
              <w:t>ố</w:t>
            </w:r>
            <w:r>
              <w:rPr>
                <w:b/>
              </w:rPr>
              <w:t>t</w:t>
            </w:r>
            <w:r>
              <w:rPr>
                <w:b/>
              </w:rPr>
              <w:br/>
              <w:t>8.5 – 10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07A09E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Khá</w:t>
            </w:r>
            <w:r>
              <w:rPr>
                <w:b/>
              </w:rPr>
              <w:br/>
              <w:t>6.5 – 8.4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A9C9B5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Trung bình</w:t>
            </w:r>
            <w:r>
              <w:rPr>
                <w:b/>
              </w:rPr>
              <w:br/>
              <w:t>4.0 – 6.4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474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ABE56C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Kém</w:t>
            </w:r>
            <w:r>
              <w:rPr>
                <w:b/>
              </w:rPr>
              <w:br/>
              <w:t>0 – 3.9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</w:tr>
      <w:tr w:rsidR="005D031F" w14:paraId="07644551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D2AEF5" w14:textId="77777777" w:rsidR="005D031F" w:rsidRDefault="00E05792" w:rsidP="00DA0B6F">
            <w:pPr>
              <w:spacing w:after="0"/>
              <w:jc w:val="center"/>
            </w:pPr>
            <w:r>
              <w:t>CI 5.1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8EB084" w14:textId="77777777" w:rsidR="005D031F" w:rsidRDefault="00E05792" w:rsidP="00DA0B6F">
            <w:pPr>
              <w:spacing w:after="0"/>
            </w:pPr>
            <w:r>
              <w:t>M</w:t>
            </w:r>
            <w:r>
              <w:t>ứ</w:t>
            </w:r>
            <w:r>
              <w:t>c đ</w:t>
            </w:r>
            <w:r>
              <w:t>ộ</w:t>
            </w:r>
            <w:r>
              <w:t xml:space="preserve"> tham d</w:t>
            </w:r>
            <w:r>
              <w:t>ự</w:t>
            </w:r>
            <w:r>
              <w:t xml:space="preserve"> l</w:t>
            </w:r>
            <w:r>
              <w:t>ớ</w:t>
            </w:r>
            <w:r>
              <w:t>p và ch</w:t>
            </w:r>
            <w:r>
              <w:t>ủ</w:t>
            </w:r>
            <w:r>
              <w:t xml:space="preserve"> đ</w:t>
            </w:r>
            <w:r>
              <w:t>ộ</w:t>
            </w:r>
            <w:r>
              <w:t>ng h</w:t>
            </w:r>
            <w:r>
              <w:t>ọ</w:t>
            </w:r>
            <w:r>
              <w:t>c t</w:t>
            </w:r>
            <w:r>
              <w:t>ậ</w:t>
            </w:r>
            <w:r>
              <w:t>p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1684AE" w14:textId="77777777" w:rsidR="005D031F" w:rsidRDefault="00E05792" w:rsidP="00DA0B6F">
            <w:pPr>
              <w:spacing w:after="0"/>
              <w:jc w:val="center"/>
            </w:pPr>
            <w:r>
              <w:t>0.5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ECE10D" w14:textId="77777777" w:rsidR="005D031F" w:rsidRDefault="00E05792" w:rsidP="00DA0B6F">
            <w:pPr>
              <w:spacing w:after="0"/>
            </w:pPr>
            <w:r>
              <w:t>Tham d</w:t>
            </w:r>
            <w:r>
              <w:t>ự</w:t>
            </w:r>
            <w:r>
              <w:t xml:space="preserve"> &gt; 90% s</w:t>
            </w:r>
            <w:r>
              <w:t>ố</w:t>
            </w:r>
            <w:r>
              <w:t xml:space="preserve"> ti</w:t>
            </w:r>
            <w:r>
              <w:t>ế</w:t>
            </w:r>
            <w:r>
              <w:t>t; ch</w:t>
            </w:r>
            <w:r>
              <w:t>ủ</w:t>
            </w:r>
            <w:r>
              <w:t xml:space="preserve"> đ</w:t>
            </w:r>
            <w:r>
              <w:t>ộ</w:t>
            </w:r>
            <w:r>
              <w:t>ng, tích c</w:t>
            </w:r>
            <w:r>
              <w:t>ự</w:t>
            </w:r>
            <w:r>
              <w:t>c phát bi</w:t>
            </w:r>
            <w:r>
              <w:t>ể</w:t>
            </w:r>
            <w:r>
              <w:t>u và đóng góp ý ki</w:t>
            </w:r>
            <w:r>
              <w:t>ế</w:t>
            </w:r>
            <w:r>
              <w:t>n có ch</w:t>
            </w:r>
            <w:r>
              <w:t>ấ</w:t>
            </w:r>
            <w:r>
              <w:t>t lư</w:t>
            </w:r>
            <w:r>
              <w:t>ợ</w:t>
            </w:r>
            <w:r>
              <w:t>ng cao.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828164" w14:textId="77777777" w:rsidR="005D031F" w:rsidRDefault="00E05792" w:rsidP="00DA0B6F">
            <w:pPr>
              <w:spacing w:after="0"/>
            </w:pPr>
            <w:r>
              <w:t>Tham d</w:t>
            </w:r>
            <w:r>
              <w:t>ự</w:t>
            </w:r>
            <w:r>
              <w:t xml:space="preserve"> 80-90% s</w:t>
            </w:r>
            <w:r>
              <w:t>ố</w:t>
            </w:r>
            <w:r>
              <w:t xml:space="preserve"> ti</w:t>
            </w:r>
            <w:r>
              <w:t>ế</w:t>
            </w:r>
            <w:r>
              <w:t>t; có chú ý và tham gia phát bi</w:t>
            </w:r>
            <w:r>
              <w:t>ể</w:t>
            </w:r>
            <w:r>
              <w:t>u xây d</w:t>
            </w:r>
            <w:r>
              <w:t>ự</w:t>
            </w:r>
            <w:r>
              <w:t>ng bài.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AAD914" w14:textId="77777777" w:rsidR="005D031F" w:rsidRDefault="00E05792" w:rsidP="00DA0B6F">
            <w:pPr>
              <w:spacing w:after="0"/>
            </w:pPr>
            <w:r>
              <w:t>Tham d</w:t>
            </w:r>
            <w:r>
              <w:t>ự</w:t>
            </w:r>
            <w:r>
              <w:t xml:space="preserve"> 70-80% s</w:t>
            </w:r>
            <w:r>
              <w:t>ố</w:t>
            </w:r>
            <w:r>
              <w:t xml:space="preserve"> ti</w:t>
            </w:r>
            <w:r>
              <w:t>ế</w:t>
            </w:r>
            <w:r>
              <w:t>t; ít phát bi</w:t>
            </w:r>
            <w:r>
              <w:t>ể</w:t>
            </w:r>
            <w:r>
              <w:t>u, th</w:t>
            </w:r>
            <w:r>
              <w:t>ụ</w:t>
            </w:r>
            <w:r>
              <w:t xml:space="preserve"> đ</w:t>
            </w:r>
            <w:r>
              <w:t>ộ</w:t>
            </w:r>
            <w:r>
              <w:t>ng trong gi</w:t>
            </w:r>
            <w:r>
              <w:t>ờ</w:t>
            </w:r>
            <w:r>
              <w:t xml:space="preserve"> h</w:t>
            </w:r>
            <w:r>
              <w:t>ọ</w:t>
            </w:r>
            <w:r>
              <w:t>c.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56C8DA" w14:textId="77777777" w:rsidR="005D031F" w:rsidRDefault="00E05792" w:rsidP="00DA0B6F">
            <w:pPr>
              <w:spacing w:after="0"/>
            </w:pPr>
            <w:r>
              <w:t>V</w:t>
            </w:r>
            <w:r>
              <w:t>ắ</w:t>
            </w:r>
            <w:r>
              <w:t>ng quá 30% s</w:t>
            </w:r>
            <w:r>
              <w:t>ố</w:t>
            </w:r>
            <w:r>
              <w:t xml:space="preserve"> ti</w:t>
            </w:r>
            <w:r>
              <w:t>ế</w:t>
            </w:r>
            <w:r>
              <w:t>t ho</w:t>
            </w:r>
            <w:r>
              <w:t>ặ</w:t>
            </w:r>
            <w:r>
              <w:t>c không tham gia bài h</w:t>
            </w:r>
            <w:r>
              <w:t>ọ</w:t>
            </w:r>
            <w:r>
              <w:t>c.</w:t>
            </w:r>
          </w:p>
        </w:tc>
      </w:tr>
      <w:tr w:rsidR="005D031F" w14:paraId="320AD5C9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C3DA0B" w14:textId="77777777" w:rsidR="005D031F" w:rsidRDefault="00E05792" w:rsidP="00DA0B6F">
            <w:pPr>
              <w:spacing w:after="0"/>
              <w:jc w:val="center"/>
            </w:pPr>
            <w:r>
              <w:t>CI 5.2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909283" w14:textId="77777777" w:rsidR="005D031F" w:rsidRDefault="00E05792" w:rsidP="00DA0B6F">
            <w:pPr>
              <w:spacing w:after="0"/>
            </w:pPr>
            <w:r>
              <w:t>Ý th</w:t>
            </w:r>
            <w:r>
              <w:t>ứ</w:t>
            </w:r>
            <w:r>
              <w:t>c k</w:t>
            </w:r>
            <w:r>
              <w:t>ỷ</w:t>
            </w:r>
            <w:r>
              <w:t xml:space="preserve"> lu</w:t>
            </w:r>
            <w:r>
              <w:t>ậ</w:t>
            </w:r>
            <w:r>
              <w:t>t và liêm chính h</w:t>
            </w:r>
            <w:r>
              <w:t>ọ</w:t>
            </w:r>
            <w:r>
              <w:t>c thu</w:t>
            </w:r>
            <w:r>
              <w:t>ậ</w:t>
            </w:r>
            <w:r>
              <w:t>t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51A678" w14:textId="77777777" w:rsidR="005D031F" w:rsidRDefault="00E05792" w:rsidP="00DA0B6F">
            <w:pPr>
              <w:spacing w:after="0"/>
              <w:jc w:val="center"/>
            </w:pPr>
            <w:r>
              <w:t>0.5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6C4599" w14:textId="77777777" w:rsidR="005D031F" w:rsidRDefault="00E05792" w:rsidP="00DA0B6F">
            <w:pPr>
              <w:spacing w:after="0"/>
            </w:pPr>
            <w:r>
              <w:t>Ch</w:t>
            </w:r>
            <w:r>
              <w:t>ấ</w:t>
            </w:r>
            <w:r>
              <w:t>p hành nghiêm túc quy đ</w:t>
            </w:r>
            <w:r>
              <w:t>ị</w:t>
            </w:r>
            <w:r>
              <w:t>nh l</w:t>
            </w:r>
            <w:r>
              <w:t>ớ</w:t>
            </w:r>
            <w:r>
              <w:t>p h</w:t>
            </w:r>
            <w:r>
              <w:t>ọ</w:t>
            </w:r>
            <w:r>
              <w:t>c; n</w:t>
            </w:r>
            <w:r>
              <w:t>ộ</w:t>
            </w:r>
            <w:r>
              <w:t>p bài đúng h</w:t>
            </w:r>
            <w:r>
              <w:t>ạ</w:t>
            </w:r>
            <w:r>
              <w:t>n; tuân th</w:t>
            </w:r>
            <w:r>
              <w:t>ủ</w:t>
            </w:r>
            <w:r>
              <w:t xml:space="preserve"> tuy</w:t>
            </w:r>
            <w:r>
              <w:t>ệ</w:t>
            </w:r>
            <w:r>
              <w:t>t đ</w:t>
            </w:r>
            <w:r>
              <w:t>ố</w:t>
            </w:r>
            <w:r>
              <w:t>i liêm chính h</w:t>
            </w:r>
            <w:r>
              <w:t>ọ</w:t>
            </w:r>
            <w:r>
              <w:t>c thu</w:t>
            </w:r>
            <w:r>
              <w:t>ậ</w:t>
            </w:r>
            <w:r>
              <w:t>t.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B6F019" w14:textId="77777777" w:rsidR="005D031F" w:rsidRDefault="00E05792" w:rsidP="00DA0B6F">
            <w:pPr>
              <w:spacing w:after="0"/>
            </w:pPr>
            <w:r>
              <w:t>Ch</w:t>
            </w:r>
            <w:r>
              <w:t>ấ</w:t>
            </w:r>
            <w:r>
              <w:t>p hành quy đ</w:t>
            </w:r>
            <w:r>
              <w:t>ị</w:t>
            </w:r>
            <w:r>
              <w:t>nh; n</w:t>
            </w:r>
            <w:r>
              <w:t>ộ</w:t>
            </w:r>
            <w:r>
              <w:t>p bài đúng h</w:t>
            </w:r>
            <w:r>
              <w:t>ạ</w:t>
            </w:r>
            <w:r>
              <w:t>n; còn 1 vài l</w:t>
            </w:r>
            <w:r>
              <w:t>ỗ</w:t>
            </w:r>
            <w:r>
              <w:t>i nh</w:t>
            </w:r>
            <w:r>
              <w:t>ỏ</w:t>
            </w:r>
            <w:r>
              <w:t xml:space="preserve"> v</w:t>
            </w:r>
            <w:r>
              <w:t>ề</w:t>
            </w:r>
            <w:r>
              <w:t xml:space="preserve"> trích d</w:t>
            </w:r>
            <w:r>
              <w:t>ẫ</w:t>
            </w:r>
            <w:r>
              <w:t>n.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25D00B" w14:textId="77777777" w:rsidR="005D031F" w:rsidRDefault="00E05792" w:rsidP="00DA0B6F">
            <w:pPr>
              <w:spacing w:after="0"/>
            </w:pPr>
            <w:r>
              <w:t>Có vi ph</w:t>
            </w:r>
            <w:r>
              <w:t>ạ</w:t>
            </w:r>
            <w:r>
              <w:t>m nh</w:t>
            </w:r>
            <w:r>
              <w:t>ỏ</w:t>
            </w:r>
            <w:r>
              <w:t xml:space="preserve"> v</w:t>
            </w:r>
            <w:r>
              <w:t>ề</w:t>
            </w:r>
            <w:r>
              <w:t xml:space="preserve"> th</w:t>
            </w:r>
            <w:r>
              <w:t>ờ</w:t>
            </w:r>
            <w:r>
              <w:t>i gian/k</w:t>
            </w:r>
            <w:r>
              <w:t>ỷ</w:t>
            </w:r>
            <w:r>
              <w:t xml:space="preserve"> lu</w:t>
            </w:r>
            <w:r>
              <w:t>ậ</w:t>
            </w:r>
            <w:r>
              <w:t>t; n</w:t>
            </w:r>
            <w:r>
              <w:t>ộ</w:t>
            </w:r>
            <w:r>
              <w:t>p bài tr</w:t>
            </w:r>
            <w:r>
              <w:t>ễ</w:t>
            </w:r>
            <w:r>
              <w:t xml:space="preserve"> h</w:t>
            </w:r>
            <w:r>
              <w:t>ạ</w:t>
            </w:r>
            <w:r>
              <w:t>n ng</w:t>
            </w:r>
            <w:r>
              <w:t>ắ</w:t>
            </w:r>
            <w:r>
              <w:t>n.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AAEB1F" w14:textId="77777777" w:rsidR="005D031F" w:rsidRDefault="00E05792" w:rsidP="00DA0B6F">
            <w:pPr>
              <w:spacing w:after="0"/>
            </w:pPr>
            <w:r>
              <w:t>Vi ph</w:t>
            </w:r>
            <w:r>
              <w:t>ạ</w:t>
            </w:r>
            <w:r>
              <w:t>m nghiêm tr</w:t>
            </w:r>
            <w:r>
              <w:t>ọ</w:t>
            </w:r>
            <w:r>
              <w:t>ng k</w:t>
            </w:r>
            <w:r>
              <w:t>ỷ</w:t>
            </w:r>
            <w:r>
              <w:t xml:space="preserve"> lu</w:t>
            </w:r>
            <w:r>
              <w:t>ậ</w:t>
            </w:r>
            <w:r>
              <w:t>t, gian l</w:t>
            </w:r>
            <w:r>
              <w:t>ậ</w:t>
            </w:r>
            <w:r>
              <w:t>n ho</w:t>
            </w:r>
            <w:r>
              <w:t>ặ</w:t>
            </w:r>
            <w:r>
              <w:t>c sao chép bài.</w:t>
            </w:r>
          </w:p>
        </w:tc>
      </w:tr>
    </w:tbl>
    <w:p w14:paraId="64B84B78" w14:textId="77777777" w:rsidR="005D031F" w:rsidRDefault="005D031F">
      <w:pPr>
        <w:spacing w:after="60"/>
      </w:pPr>
    </w:p>
    <w:p w14:paraId="0D34376D" w14:textId="77777777" w:rsidR="005D031F" w:rsidRDefault="00E05792">
      <w:pPr>
        <w:spacing w:after="40"/>
      </w:pPr>
      <w:r>
        <w:rPr>
          <w:b/>
          <w:i/>
        </w:rPr>
        <w:t>Rubric 2. Đánh giá bài t</w:t>
      </w:r>
      <w:r>
        <w:rPr>
          <w:b/>
          <w:i/>
        </w:rPr>
        <w:t>ậ</w:t>
      </w:r>
      <w:r>
        <w:rPr>
          <w:b/>
          <w:i/>
        </w:rPr>
        <w:t>p nhóm và thuy</w:t>
      </w:r>
      <w:r>
        <w:rPr>
          <w:b/>
          <w:i/>
        </w:rPr>
        <w:t>ế</w:t>
      </w:r>
      <w:r>
        <w:rPr>
          <w:b/>
          <w:i/>
        </w:rPr>
        <w:t>t trình đ</w:t>
      </w:r>
      <w:r>
        <w:rPr>
          <w:b/>
          <w:i/>
        </w:rPr>
        <w:t>ề</w:t>
      </w:r>
      <w:r>
        <w:rPr>
          <w:b/>
          <w:i/>
        </w:rPr>
        <w:t xml:space="preserve"> cương nghiên c</w:t>
      </w:r>
      <w:r>
        <w:rPr>
          <w:b/>
          <w:i/>
        </w:rPr>
        <w:t>ứ</w:t>
      </w:r>
      <w:r>
        <w:rPr>
          <w:b/>
          <w:i/>
        </w:rPr>
        <w:t>u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014"/>
        <w:gridCol w:w="1555"/>
        <w:gridCol w:w="801"/>
        <w:gridCol w:w="1517"/>
        <w:gridCol w:w="1502"/>
        <w:gridCol w:w="1508"/>
        <w:gridCol w:w="1448"/>
      </w:tblGrid>
      <w:tr w:rsidR="005D031F" w14:paraId="7A927112" w14:textId="77777777">
        <w:trPr>
          <w:cantSplit/>
          <w:tblHeader/>
          <w:jc w:val="center"/>
        </w:trPr>
        <w:tc>
          <w:tcPr>
            <w:tcW w:w="1020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3F1B9A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lastRenderedPageBreak/>
              <w:t>Ch</w:t>
            </w:r>
            <w:r>
              <w:rPr>
                <w:b/>
              </w:rPr>
              <w:t>ỉ</w:t>
            </w:r>
            <w:r>
              <w:rPr>
                <w:b/>
              </w:rPr>
              <w:t xml:space="preserve"> báo 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</w:p>
        </w:tc>
        <w:tc>
          <w:tcPr>
            <w:tcW w:w="1587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12B5F7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Tiêu chí đánh giá</w:t>
            </w:r>
          </w:p>
        </w:tc>
        <w:tc>
          <w:tcPr>
            <w:tcW w:w="680" w:type="dxa"/>
            <w:vMerge w:val="restart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DBA875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H</w:t>
            </w:r>
            <w:r>
              <w:rPr>
                <w:b/>
              </w:rPr>
              <w:t>ệ</w:t>
            </w:r>
            <w:r>
              <w:rPr>
                <w:b/>
              </w:rPr>
              <w:t xml:space="preserve">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ủ</w:t>
            </w:r>
            <w:r>
              <w:rPr>
                <w:b/>
              </w:rPr>
              <w:t>a tiêu chí đánh giá</w:t>
            </w:r>
          </w:p>
        </w:tc>
        <w:tc>
          <w:tcPr>
            <w:tcW w:w="1474" w:type="dxa"/>
            <w:gridSpan w:val="4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DA87A4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Thang đánh giá cho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</w:tr>
      <w:tr w:rsidR="005D031F" w14:paraId="25A77E45" w14:textId="77777777">
        <w:trPr>
          <w:cantSplit/>
          <w:jc w:val="center"/>
        </w:trPr>
        <w:tc>
          <w:tcPr>
            <w:tcW w:w="1384" w:type="dxa"/>
            <w:vMerge/>
          </w:tcPr>
          <w:p w14:paraId="5F08BF37" w14:textId="77777777" w:rsidR="005D031F" w:rsidRDefault="005D031F" w:rsidP="00DA0B6F">
            <w:pPr>
              <w:spacing w:after="0"/>
            </w:pPr>
          </w:p>
        </w:tc>
        <w:tc>
          <w:tcPr>
            <w:tcW w:w="1384" w:type="dxa"/>
            <w:vMerge/>
          </w:tcPr>
          <w:p w14:paraId="6D9C8E99" w14:textId="77777777" w:rsidR="005D031F" w:rsidRDefault="005D031F" w:rsidP="00DA0B6F">
            <w:pPr>
              <w:spacing w:after="0"/>
            </w:pPr>
          </w:p>
        </w:tc>
        <w:tc>
          <w:tcPr>
            <w:tcW w:w="1384" w:type="dxa"/>
            <w:vMerge/>
          </w:tcPr>
          <w:p w14:paraId="2A1779D2" w14:textId="77777777" w:rsidR="005D031F" w:rsidRDefault="005D031F" w:rsidP="00DA0B6F">
            <w:pPr>
              <w:spacing w:after="0"/>
            </w:pP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A9390A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</w:t>
            </w:r>
            <w:r>
              <w:rPr>
                <w:b/>
              </w:rPr>
              <w:t>ố</w:t>
            </w:r>
            <w:r>
              <w:rPr>
                <w:b/>
              </w:rPr>
              <w:t>t</w:t>
            </w:r>
            <w:r>
              <w:rPr>
                <w:b/>
              </w:rPr>
              <w:br/>
              <w:t>8.5 – 10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FE26F9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Khá</w:t>
            </w:r>
            <w:r>
              <w:rPr>
                <w:b/>
              </w:rPr>
              <w:br/>
              <w:t>6.5 – 8.4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29FF57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Trung bình</w:t>
            </w:r>
            <w:r>
              <w:rPr>
                <w:b/>
              </w:rPr>
              <w:br/>
              <w:t>4.0 – 6.4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474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358120" w14:textId="77777777" w:rsidR="005D031F" w:rsidRDefault="00E05792" w:rsidP="00DA0B6F">
            <w:pPr>
              <w:spacing w:after="0"/>
              <w:jc w:val="center"/>
            </w:pPr>
            <w:r>
              <w:rPr>
                <w:b/>
              </w:rPr>
              <w:t>Kém</w:t>
            </w:r>
            <w:r>
              <w:rPr>
                <w:b/>
              </w:rPr>
              <w:br/>
              <w:t>0 – 3.9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</w:tr>
      <w:tr w:rsidR="005D031F" w14:paraId="65F76CE1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A3E826" w14:textId="77777777" w:rsidR="005D031F" w:rsidRDefault="00E05792" w:rsidP="00DA0B6F">
            <w:pPr>
              <w:spacing w:after="0"/>
              <w:jc w:val="center"/>
            </w:pPr>
            <w:r>
              <w:t>CI 1.1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0DAD6F" w14:textId="77777777" w:rsidR="005D031F" w:rsidRDefault="00E05792" w:rsidP="00DA0B6F">
            <w:pPr>
              <w:spacing w:after="0"/>
            </w:pPr>
            <w:r>
              <w:t>T</w:t>
            </w:r>
            <w:r>
              <w:t>ổ</w:t>
            </w:r>
            <w:r>
              <w:t>ng quan tài li</w:t>
            </w:r>
            <w:r>
              <w:t>ệ</w:t>
            </w:r>
            <w:r>
              <w:t>u và lý do ch</w:t>
            </w:r>
            <w:r>
              <w:t>ọ</w:t>
            </w:r>
            <w:r>
              <w:t>n đ</w:t>
            </w:r>
            <w:r>
              <w:t>ề</w:t>
            </w:r>
            <w:r>
              <w:t xml:space="preserve"> tài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C33492" w14:textId="77777777" w:rsidR="005D031F" w:rsidRDefault="00E05792" w:rsidP="00DA0B6F">
            <w:pPr>
              <w:spacing w:after="0"/>
              <w:jc w:val="center"/>
            </w:pPr>
            <w:r>
              <w:t>0.15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C49631" w14:textId="77777777" w:rsidR="005D031F" w:rsidRDefault="00E05792" w:rsidP="00DA0B6F">
            <w:pPr>
              <w:spacing w:after="0"/>
            </w:pPr>
            <w:r>
              <w:t>Xác đ</w:t>
            </w:r>
            <w:r>
              <w:t>ị</w:t>
            </w:r>
            <w:r>
              <w:t>nh rõ 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u; t</w:t>
            </w:r>
            <w:r>
              <w:t>ổ</w:t>
            </w:r>
            <w:r>
              <w:t>ng quan tài li</w:t>
            </w:r>
            <w:r>
              <w:t>ệ</w:t>
            </w:r>
            <w:r>
              <w:t>u phong phú, c</w:t>
            </w:r>
            <w:r>
              <w:t>ậ</w:t>
            </w:r>
            <w:r>
              <w:t>p nh</w:t>
            </w:r>
            <w:r>
              <w:t>ậ</w:t>
            </w:r>
            <w:r>
              <w:t>t và có tính h</w:t>
            </w:r>
            <w:r>
              <w:t>ệ</w:t>
            </w:r>
            <w:r>
              <w:t xml:space="preserve"> th</w:t>
            </w:r>
            <w:r>
              <w:t>ố</w:t>
            </w:r>
            <w:r>
              <w:t>ng cao.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C27E69" w14:textId="77777777" w:rsidR="005D031F" w:rsidRDefault="00E05792" w:rsidP="00DA0B6F">
            <w:pPr>
              <w:spacing w:after="0"/>
            </w:pPr>
            <w:r>
              <w:t>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 rõ ràng; t</w:t>
            </w:r>
            <w:r>
              <w:t>ổ</w:t>
            </w:r>
            <w:r>
              <w:t>ng quan tài li</w:t>
            </w:r>
            <w:r>
              <w:t>ệ</w:t>
            </w:r>
            <w:r>
              <w:t>u khá đ</w:t>
            </w:r>
            <w:r>
              <w:t>ầ</w:t>
            </w:r>
            <w:r>
              <w:t>y đ</w:t>
            </w:r>
            <w:r>
              <w:t>ủ</w:t>
            </w:r>
            <w:r>
              <w:t>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786D39" w14:textId="77777777" w:rsidR="005D031F" w:rsidRDefault="00E05792" w:rsidP="00DA0B6F">
            <w:pPr>
              <w:spacing w:after="0"/>
            </w:pPr>
            <w:r>
              <w:t>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 chưa rõ; t</w:t>
            </w:r>
            <w:r>
              <w:t>ổ</w:t>
            </w:r>
            <w:r>
              <w:t>ng quan tài li</w:t>
            </w:r>
            <w:r>
              <w:t>ệ</w:t>
            </w:r>
            <w:r>
              <w:t>u sơ sài.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02DD7B" w14:textId="77777777" w:rsidR="005D031F" w:rsidRDefault="00E05792" w:rsidP="00DA0B6F">
            <w:pPr>
              <w:spacing w:after="0"/>
            </w:pPr>
            <w:r>
              <w:t>Không có t</w:t>
            </w:r>
            <w:r>
              <w:t>ổ</w:t>
            </w:r>
            <w:r>
              <w:t>ng quan tài li</w:t>
            </w:r>
            <w:r>
              <w:t>ệ</w:t>
            </w:r>
            <w:r>
              <w:t>u ho</w:t>
            </w:r>
            <w:r>
              <w:t>ặ</w:t>
            </w:r>
            <w:r>
              <w:t>c ch</w:t>
            </w:r>
            <w:r>
              <w:t>ọ</w:t>
            </w:r>
            <w:r>
              <w:t>n đ</w:t>
            </w:r>
            <w:r>
              <w:t>ề</w:t>
            </w:r>
            <w:r>
              <w:t xml:space="preserve"> tài không phù h</w:t>
            </w:r>
            <w:r>
              <w:t>ợ</w:t>
            </w:r>
            <w:r>
              <w:t>p.</w:t>
            </w:r>
          </w:p>
        </w:tc>
      </w:tr>
      <w:tr w:rsidR="005D031F" w14:paraId="49103E31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18F297" w14:textId="77777777" w:rsidR="005D031F" w:rsidRDefault="00E05792" w:rsidP="00DA0B6F">
            <w:pPr>
              <w:spacing w:after="0"/>
              <w:jc w:val="center"/>
            </w:pPr>
            <w:r>
              <w:t>CI 2.1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1F8404" w14:textId="77777777" w:rsidR="005D031F" w:rsidRDefault="00E05792" w:rsidP="00DA0B6F">
            <w:pPr>
              <w:spacing w:after="0"/>
            </w:pPr>
            <w:r>
              <w:t>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185C47" w14:textId="77777777" w:rsidR="005D031F" w:rsidRDefault="00E05792" w:rsidP="00DA0B6F">
            <w:pPr>
              <w:spacing w:after="0"/>
              <w:jc w:val="center"/>
            </w:pPr>
            <w:r>
              <w:t>0.20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98ECEE" w14:textId="77777777" w:rsidR="005D031F" w:rsidRDefault="00E05792" w:rsidP="00DA0B6F">
            <w:pPr>
              <w:spacing w:after="0"/>
            </w:pPr>
            <w:r>
              <w:t>M</w:t>
            </w:r>
            <w:r>
              <w:t>ụ</w:t>
            </w:r>
            <w:r>
              <w:t>c tiêu, câu h</w:t>
            </w:r>
            <w:r>
              <w:t>ỏ</w:t>
            </w:r>
            <w:r>
              <w:t>i,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t, đ</w:t>
            </w:r>
            <w:r>
              <w:t>ố</w:t>
            </w:r>
            <w:r>
              <w:t>i tư</w:t>
            </w:r>
            <w:r>
              <w:t>ợ</w:t>
            </w:r>
            <w:r>
              <w:t>ng và ph</w:t>
            </w:r>
            <w:r>
              <w:t>ạ</w:t>
            </w:r>
            <w:r>
              <w:t>m vi nghiên c</w:t>
            </w:r>
            <w:r>
              <w:t>ứ</w:t>
            </w:r>
            <w:r>
              <w:t>u logic, ch</w:t>
            </w:r>
            <w:r>
              <w:t>ặ</w:t>
            </w:r>
            <w:r>
              <w:t>t ch</w:t>
            </w:r>
            <w:r>
              <w:t>ẽ</w:t>
            </w:r>
            <w:r>
              <w:t>, kh</w:t>
            </w:r>
            <w:r>
              <w:t>ả</w:t>
            </w:r>
            <w:r>
              <w:t xml:space="preserve"> thi.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EC637D6" w14:textId="77777777" w:rsidR="005D031F" w:rsidRDefault="00E05792" w:rsidP="00DA0B6F">
            <w:pPr>
              <w:spacing w:after="0"/>
            </w:pPr>
            <w:r>
              <w:t>Đ</w:t>
            </w:r>
            <w:r>
              <w:t>ề</w:t>
            </w:r>
            <w:r>
              <w:t xml:space="preserve"> cương khá đ</w:t>
            </w:r>
            <w:r>
              <w:t>ầ</w:t>
            </w:r>
            <w:r>
              <w:t>y đ</w:t>
            </w:r>
            <w:r>
              <w:t>ủ</w:t>
            </w:r>
            <w:r>
              <w:t xml:space="preserve"> các m</w:t>
            </w:r>
            <w:r>
              <w:t>ụ</w:t>
            </w:r>
            <w:r>
              <w:t>c; tính logic đ</w:t>
            </w:r>
            <w:r>
              <w:t>ạ</w:t>
            </w:r>
            <w:r>
              <w:t>t m</w:t>
            </w:r>
            <w:r>
              <w:t>ứ</w:t>
            </w:r>
            <w:r>
              <w:t>c khá.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58CA43" w14:textId="77777777" w:rsidR="005D031F" w:rsidRDefault="00E05792" w:rsidP="00DA0B6F">
            <w:pPr>
              <w:spacing w:after="0"/>
            </w:pPr>
            <w:r>
              <w:t>Đ</w:t>
            </w:r>
            <w:r>
              <w:t>ề</w:t>
            </w:r>
            <w:r>
              <w:t xml:space="preserve"> cương thi</w:t>
            </w:r>
            <w:r>
              <w:t>ế</w:t>
            </w:r>
            <w:r>
              <w:t>u m</w:t>
            </w:r>
            <w:r>
              <w:t>ộ</w:t>
            </w:r>
            <w:r>
              <w:t>t s</w:t>
            </w:r>
            <w:r>
              <w:t>ố</w:t>
            </w:r>
            <w:r>
              <w:t xml:space="preserve"> n</w:t>
            </w:r>
            <w:r>
              <w:t>ộ</w:t>
            </w:r>
            <w:r>
              <w:t>i dung quan tr</w:t>
            </w:r>
            <w:r>
              <w:t>ọ</w:t>
            </w:r>
            <w:r>
              <w:t>ng; logic chưa rõ.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5424B0" w14:textId="77777777" w:rsidR="005D031F" w:rsidRDefault="00E05792" w:rsidP="00DA0B6F">
            <w:pPr>
              <w:spacing w:after="0"/>
            </w:pPr>
            <w:r>
              <w:t>Đ</w:t>
            </w:r>
            <w:r>
              <w:t>ề</w:t>
            </w:r>
            <w:r>
              <w:t xml:space="preserve"> cương sơ sài, sai c</w:t>
            </w:r>
            <w:r>
              <w:t>ấ</w:t>
            </w:r>
            <w:r>
              <w:t>u trúc cơ b</w:t>
            </w:r>
            <w:r>
              <w:t>ả</w:t>
            </w:r>
            <w:r>
              <w:t>n.</w:t>
            </w:r>
          </w:p>
        </w:tc>
      </w:tr>
      <w:tr w:rsidR="005D031F" w14:paraId="7A9FE0A0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2EB7DE" w14:textId="77777777" w:rsidR="005D031F" w:rsidRDefault="00E05792" w:rsidP="00DA0B6F">
            <w:pPr>
              <w:spacing w:after="0"/>
              <w:jc w:val="center"/>
            </w:pPr>
            <w:r>
              <w:t>CI 3.1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507FDE" w14:textId="77777777" w:rsidR="005D031F" w:rsidRDefault="00E05792" w:rsidP="00DA0B6F">
            <w:pPr>
              <w:spacing w:after="0"/>
            </w:pPr>
            <w:r>
              <w:t>Tư duy ph</w:t>
            </w:r>
            <w:r>
              <w:t>ả</w:t>
            </w:r>
            <w:r>
              <w:t>n bi</w:t>
            </w:r>
            <w:r>
              <w:t>ệ</w:t>
            </w:r>
            <w:r>
              <w:t>n và gi</w:t>
            </w:r>
            <w:r>
              <w:t>ả</w:t>
            </w:r>
            <w:r>
              <w:t>i thích v</w:t>
            </w:r>
            <w:r>
              <w:t>ấ</w:t>
            </w:r>
            <w:r>
              <w:t>n đ</w:t>
            </w:r>
            <w:r>
              <w:t>ề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460E50" w14:textId="77777777" w:rsidR="005D031F" w:rsidRDefault="00E05792" w:rsidP="00DA0B6F">
            <w:pPr>
              <w:spacing w:after="0"/>
              <w:jc w:val="center"/>
            </w:pPr>
            <w:r>
              <w:t>0.15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9FE26A" w14:textId="77777777" w:rsidR="005D031F" w:rsidRDefault="00E05792" w:rsidP="00DA0B6F">
            <w:pPr>
              <w:spacing w:after="0"/>
            </w:pPr>
            <w:r>
              <w:t>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tư duy ph</w:t>
            </w:r>
            <w:r>
              <w:t>ả</w:t>
            </w:r>
            <w:r>
              <w:t>n bi</w:t>
            </w:r>
            <w:r>
              <w:t>ệ</w:t>
            </w:r>
            <w:r>
              <w:t>n s</w:t>
            </w:r>
            <w:r>
              <w:t>ắ</w:t>
            </w:r>
            <w:r>
              <w:t>c bén; l</w:t>
            </w:r>
            <w:r>
              <w:t>ậ</w:t>
            </w:r>
            <w:r>
              <w:t>p lu</w:t>
            </w:r>
            <w:r>
              <w:t>ậ</w:t>
            </w:r>
            <w:r>
              <w:t>n và gi</w:t>
            </w:r>
            <w:r>
              <w:t>ả</w:t>
            </w:r>
            <w:r>
              <w:t>i thích các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t/v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thuy</w:t>
            </w:r>
            <w:r>
              <w:t>ế</w:t>
            </w:r>
            <w:r>
              <w:t>t ph</w:t>
            </w:r>
            <w:r>
              <w:t>ụ</w:t>
            </w:r>
            <w:r>
              <w:t>c.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BDBDB3" w14:textId="77777777" w:rsidR="005D031F" w:rsidRDefault="00E05792" w:rsidP="00DA0B6F">
            <w:pPr>
              <w:spacing w:after="0"/>
            </w:pPr>
            <w:r>
              <w:t>L</w:t>
            </w:r>
            <w:r>
              <w:t>ậ</w:t>
            </w:r>
            <w:r>
              <w:t>p lu</w:t>
            </w:r>
            <w:r>
              <w:t>ậ</w:t>
            </w:r>
            <w:r>
              <w:t>n khá t</w:t>
            </w:r>
            <w:r>
              <w:t>ố</w:t>
            </w:r>
            <w:r>
              <w:t>t; có kh</w:t>
            </w:r>
            <w:r>
              <w:t>ả</w:t>
            </w:r>
            <w:r>
              <w:t xml:space="preserve"> năng phân tích và ph</w:t>
            </w:r>
            <w:r>
              <w:t>ả</w:t>
            </w:r>
            <w:r>
              <w:t>n bi</w:t>
            </w:r>
            <w:r>
              <w:t>ệ</w:t>
            </w:r>
            <w:r>
              <w:t>n.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23308E" w14:textId="77777777" w:rsidR="005D031F" w:rsidRDefault="00E05792" w:rsidP="00DA0B6F">
            <w:pPr>
              <w:spacing w:after="0"/>
            </w:pPr>
            <w:r>
              <w:t>L</w:t>
            </w:r>
            <w:r>
              <w:t>ậ</w:t>
            </w:r>
            <w:r>
              <w:t>p lu</w:t>
            </w:r>
            <w:r>
              <w:t>ậ</w:t>
            </w:r>
            <w:r>
              <w:t>n còn y</w:t>
            </w:r>
            <w:r>
              <w:t>ế</w:t>
            </w:r>
            <w:r>
              <w:t>u; gi</w:t>
            </w:r>
            <w:r>
              <w:t>ả</w:t>
            </w:r>
            <w:r>
              <w:t>i thích 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chưa rõ ràng.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0A77BA" w14:textId="77777777" w:rsidR="005D031F" w:rsidRDefault="00E05792" w:rsidP="00DA0B6F">
            <w:pPr>
              <w:spacing w:after="0"/>
            </w:pPr>
            <w:r>
              <w:t>Thi</w:t>
            </w:r>
            <w:r>
              <w:t>ế</w:t>
            </w:r>
            <w:r>
              <w:t>u tư duy ph</w:t>
            </w:r>
            <w:r>
              <w:t>ả</w:t>
            </w:r>
            <w:r>
              <w:t>n bi</w:t>
            </w:r>
            <w:r>
              <w:t>ệ</w:t>
            </w:r>
            <w:r>
              <w:t>n; không gi</w:t>
            </w:r>
            <w:r>
              <w:t>ả</w:t>
            </w:r>
            <w:r>
              <w:t>i thích đư</w:t>
            </w:r>
            <w:r>
              <w:t>ợ</w:t>
            </w:r>
            <w:r>
              <w:t>c v</w:t>
            </w:r>
            <w:r>
              <w:t>ấ</w:t>
            </w:r>
            <w:r>
              <w:t>n đ</w:t>
            </w:r>
            <w:r>
              <w:t>ề</w:t>
            </w:r>
            <w:r>
              <w:t>.</w:t>
            </w:r>
          </w:p>
        </w:tc>
      </w:tr>
      <w:tr w:rsidR="005D031F" w14:paraId="08B9A39C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7953F5" w14:textId="77777777" w:rsidR="005D031F" w:rsidRDefault="00E05792" w:rsidP="00DA0B6F">
            <w:pPr>
              <w:spacing w:after="0"/>
              <w:jc w:val="center"/>
            </w:pPr>
            <w:r>
              <w:lastRenderedPageBreak/>
              <w:t>CI 3.2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96C554" w14:textId="77777777" w:rsidR="005D031F" w:rsidRDefault="00E05792" w:rsidP="00DA0B6F">
            <w:pPr>
              <w:spacing w:after="0"/>
            </w:pPr>
            <w:r>
              <w:t>K</w:t>
            </w:r>
            <w:r>
              <w:t>ỹ</w:t>
            </w:r>
            <w:r>
              <w:t xml:space="preserve"> năng làm vi</w:t>
            </w:r>
            <w:r>
              <w:t>ệ</w:t>
            </w:r>
            <w:r>
              <w:t>c nhóm &amp; thuy</w:t>
            </w:r>
            <w:r>
              <w:t>ế</w:t>
            </w:r>
            <w:r>
              <w:t>t trình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1D13DD" w14:textId="77777777" w:rsidR="005D031F" w:rsidRDefault="00E05792" w:rsidP="00DA0B6F">
            <w:pPr>
              <w:spacing w:after="0"/>
              <w:jc w:val="center"/>
            </w:pPr>
            <w:r>
              <w:t>0.15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8FD1CA" w14:textId="77777777" w:rsidR="005D031F" w:rsidRDefault="00E05792" w:rsidP="00DA0B6F">
            <w:pPr>
              <w:spacing w:after="0"/>
            </w:pPr>
            <w:r>
              <w:t>Thuy</w:t>
            </w:r>
            <w:r>
              <w:t>ế</w:t>
            </w:r>
            <w:r>
              <w:t>t trình t</w:t>
            </w:r>
            <w:r>
              <w:t>ự</w:t>
            </w:r>
            <w:r>
              <w:t xml:space="preserve"> tin, m</w:t>
            </w:r>
            <w:r>
              <w:t>ạ</w:t>
            </w:r>
            <w:r>
              <w:t>ch l</w:t>
            </w:r>
            <w:r>
              <w:t>ạ</w:t>
            </w:r>
            <w:r>
              <w:t>c; phân công nhóm rõ ràng; tr</w:t>
            </w:r>
            <w:r>
              <w:t>ả</w:t>
            </w:r>
            <w:r>
              <w:t xml:space="preserve"> l</w:t>
            </w:r>
            <w:r>
              <w:t>ờ</w:t>
            </w:r>
            <w:r>
              <w:t>i ph</w:t>
            </w:r>
            <w:r>
              <w:t>ả</w:t>
            </w:r>
            <w:r>
              <w:t>n bi</w:t>
            </w:r>
            <w:r>
              <w:t>ệ</w:t>
            </w:r>
            <w:r>
              <w:t>n xu</w:t>
            </w:r>
            <w:r>
              <w:t>ấ</w:t>
            </w:r>
            <w:r>
              <w:t>t s</w:t>
            </w:r>
            <w:r>
              <w:t>ắ</w:t>
            </w:r>
            <w:r>
              <w:t>c.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6FF752" w14:textId="77777777" w:rsidR="005D031F" w:rsidRDefault="00E05792" w:rsidP="00DA0B6F">
            <w:pPr>
              <w:spacing w:after="0"/>
            </w:pPr>
            <w:r>
              <w:t>Thuy</w:t>
            </w:r>
            <w:r>
              <w:t>ế</w:t>
            </w:r>
            <w:r>
              <w:t>t trình rõ ràng; phân công nhóm t</w:t>
            </w:r>
            <w:r>
              <w:t>ố</w:t>
            </w:r>
            <w:r>
              <w:t>t; tr</w:t>
            </w:r>
            <w:r>
              <w:t>ả</w:t>
            </w:r>
            <w:r>
              <w:t xml:space="preserve"> l</w:t>
            </w:r>
            <w:r>
              <w:t>ờ</w:t>
            </w:r>
            <w:r>
              <w:t>i đư</w:t>
            </w:r>
            <w:r>
              <w:t>ợ</w:t>
            </w:r>
            <w:r>
              <w:t>c câu h</w:t>
            </w:r>
            <w:r>
              <w:t>ỏ</w:t>
            </w:r>
            <w:r>
              <w:t>i.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6FBC76" w14:textId="77777777" w:rsidR="005D031F" w:rsidRDefault="00E05792" w:rsidP="00DA0B6F">
            <w:pPr>
              <w:spacing w:after="0"/>
            </w:pPr>
            <w:r>
              <w:t>Thuy</w:t>
            </w:r>
            <w:r>
              <w:t>ế</w:t>
            </w:r>
            <w:r>
              <w:t>t trình r</w:t>
            </w:r>
            <w:r>
              <w:t>ụ</w:t>
            </w:r>
            <w:r>
              <w:t>t rè; ph</w:t>
            </w:r>
            <w:r>
              <w:t>ố</w:t>
            </w:r>
            <w:r>
              <w:t>i h</w:t>
            </w:r>
            <w:r>
              <w:t>ợ</w:t>
            </w:r>
            <w:r>
              <w:t>p nhóm chưa nh</w:t>
            </w:r>
            <w:r>
              <w:t>ị</w:t>
            </w:r>
            <w:r>
              <w:t>p nhàng.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9DD322" w14:textId="77777777" w:rsidR="005D031F" w:rsidRDefault="00E05792" w:rsidP="00DA0B6F">
            <w:pPr>
              <w:spacing w:after="0"/>
            </w:pPr>
            <w:r>
              <w:t>Thuy</w:t>
            </w:r>
            <w:r>
              <w:t>ế</w:t>
            </w:r>
            <w:r>
              <w:t>t trình kém; nhóm ho</w:t>
            </w:r>
            <w:r>
              <w:t>ạ</w:t>
            </w:r>
            <w:r>
              <w:t>t đ</w:t>
            </w:r>
            <w:r>
              <w:t>ộ</w:t>
            </w:r>
            <w:r>
              <w:t>ng không hi</w:t>
            </w:r>
            <w:r>
              <w:t>ệ</w:t>
            </w:r>
            <w:r>
              <w:t>u qu</w:t>
            </w:r>
            <w:r>
              <w:t>ả</w:t>
            </w:r>
            <w:r>
              <w:t>.</w:t>
            </w:r>
          </w:p>
        </w:tc>
      </w:tr>
      <w:tr w:rsidR="005D031F" w14:paraId="059E93FD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C64CA5" w14:textId="77777777" w:rsidR="005D031F" w:rsidRDefault="00E05792" w:rsidP="00DA0B6F">
            <w:pPr>
              <w:spacing w:after="0"/>
              <w:jc w:val="center"/>
            </w:pPr>
            <w:r>
              <w:t>CI 4.1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773FE4" w14:textId="77777777" w:rsidR="005D031F" w:rsidRDefault="00E05792" w:rsidP="00DA0B6F">
            <w:pPr>
              <w:spacing w:after="0"/>
            </w:pPr>
            <w:r>
              <w:t>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DAE186" w14:textId="77777777" w:rsidR="005D031F" w:rsidRDefault="00E05792" w:rsidP="00DA0B6F">
            <w:pPr>
              <w:spacing w:after="0"/>
              <w:jc w:val="center"/>
            </w:pPr>
            <w:r>
              <w:t>0.20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0AA765" w14:textId="77777777" w:rsidR="005D031F" w:rsidRDefault="00E05792" w:rsidP="00DA0B6F">
            <w:pPr>
              <w:spacing w:after="0"/>
            </w:pPr>
            <w:r>
              <w:t>B</w:t>
            </w:r>
            <w:r>
              <w:t>ả</w:t>
            </w:r>
            <w:r>
              <w:t>ng h</w:t>
            </w:r>
            <w:r>
              <w:t>ỏ</w:t>
            </w:r>
            <w:r>
              <w:t>i/phi</w:t>
            </w:r>
            <w:r>
              <w:t>ế</w:t>
            </w:r>
            <w:r>
              <w:t>u ph</w:t>
            </w:r>
            <w:r>
              <w:t>ỏ</w:t>
            </w:r>
            <w:r>
              <w:t>ng v</w:t>
            </w:r>
            <w:r>
              <w:t>ấ</w:t>
            </w:r>
            <w:r>
              <w:t>n đư</w:t>
            </w:r>
            <w:r>
              <w:t>ợ</w:t>
            </w:r>
            <w:r>
              <w:t>c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chu</w:t>
            </w:r>
            <w:r>
              <w:t>ẩ</w:t>
            </w:r>
            <w:r>
              <w:t>n xác, đo lư</w:t>
            </w:r>
            <w:r>
              <w:t>ờ</w:t>
            </w:r>
            <w:r>
              <w:t>ng đúng m</w:t>
            </w:r>
            <w:r>
              <w:t>ụ</w:t>
            </w:r>
            <w:r>
              <w:t>c tiêu nghiên c</w:t>
            </w:r>
            <w:r>
              <w:t>ứ</w:t>
            </w:r>
            <w:r>
              <w:t>u.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C4C61A" w14:textId="77777777" w:rsidR="005D031F" w:rsidRDefault="00E05792" w:rsidP="00DA0B6F">
            <w:pPr>
              <w:spacing w:after="0"/>
            </w:pPr>
            <w:r>
              <w:t>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khá t</w:t>
            </w:r>
            <w:r>
              <w:t>ố</w:t>
            </w:r>
            <w:r>
              <w:t>t, đo lư</w:t>
            </w:r>
            <w:r>
              <w:t>ờ</w:t>
            </w:r>
            <w:r>
              <w:t>ng đư</w:t>
            </w:r>
            <w:r>
              <w:t>ợ</w:t>
            </w:r>
            <w:r>
              <w:t>c m</w:t>
            </w:r>
            <w:r>
              <w:t>ụ</w:t>
            </w:r>
            <w:r>
              <w:t>c tiêu.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F0A950" w14:textId="77777777" w:rsidR="005D031F" w:rsidRDefault="00E05792" w:rsidP="00DA0B6F">
            <w:pPr>
              <w:spacing w:after="0"/>
            </w:pPr>
            <w:r>
              <w:t>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còn l</w:t>
            </w:r>
            <w:r>
              <w:t>ỗ</w:t>
            </w:r>
            <w:r>
              <w:t>i k</w:t>
            </w:r>
            <w:r>
              <w:t>ỹ</w:t>
            </w:r>
            <w:r>
              <w:t xml:space="preserve"> thu</w:t>
            </w:r>
            <w:r>
              <w:t>ậ</w:t>
            </w:r>
            <w:r>
              <w:t>t/đ</w:t>
            </w:r>
            <w:r>
              <w:t>ặ</w:t>
            </w:r>
            <w:r>
              <w:t>t câu h</w:t>
            </w:r>
            <w:r>
              <w:t>ỏ</w:t>
            </w:r>
            <w:r>
              <w:t>i.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9C420D" w14:textId="77777777" w:rsidR="005D031F" w:rsidRDefault="00E05792" w:rsidP="00DA0B6F">
            <w:pPr>
              <w:spacing w:after="0"/>
            </w:pPr>
            <w:r>
              <w:t>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sai hoàn toàn.</w:t>
            </w:r>
          </w:p>
        </w:tc>
      </w:tr>
      <w:tr w:rsidR="005D031F" w14:paraId="0F93D282" w14:textId="77777777">
        <w:trPr>
          <w:cantSplit/>
          <w:jc w:val="center"/>
        </w:trPr>
        <w:tc>
          <w:tcPr>
            <w:tcW w:w="102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A00B48" w14:textId="77777777" w:rsidR="005D031F" w:rsidRDefault="00E05792" w:rsidP="00DA0B6F">
            <w:pPr>
              <w:spacing w:after="0"/>
              <w:jc w:val="center"/>
            </w:pPr>
            <w:r>
              <w:t>CI 4.2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DD9B3D" w14:textId="77777777" w:rsidR="005D031F" w:rsidRDefault="00E05792" w:rsidP="00DA0B6F">
            <w:pPr>
              <w:spacing w:after="0"/>
            </w:pPr>
            <w:r>
              <w:t>Phương pháp x</w:t>
            </w:r>
            <w:r>
              <w:t>ử</w:t>
            </w:r>
            <w:r>
              <w:t xml:space="preserve"> lý và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</w:t>
            </w:r>
          </w:p>
        </w:tc>
        <w:tc>
          <w:tcPr>
            <w:tcW w:w="68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9931B0" w14:textId="77777777" w:rsidR="005D031F" w:rsidRDefault="00E05792" w:rsidP="00DA0B6F">
            <w:pPr>
              <w:spacing w:after="0"/>
              <w:jc w:val="center"/>
            </w:pPr>
            <w:r>
              <w:t>0.15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1409CF" w14:textId="77777777" w:rsidR="005D031F" w:rsidRDefault="00E05792" w:rsidP="00DA0B6F">
            <w:pPr>
              <w:spacing w:after="0"/>
            </w:pPr>
            <w:r>
              <w:t>L</w:t>
            </w:r>
            <w:r>
              <w:t>ự</w:t>
            </w:r>
            <w:r>
              <w:t>a ch</w:t>
            </w:r>
            <w:r>
              <w:t>ọ</w:t>
            </w:r>
            <w:r>
              <w:t>n và áp d</w:t>
            </w:r>
            <w:r>
              <w:t>ụ</w:t>
            </w:r>
            <w:r>
              <w:t>ng phương pháp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phù h</w:t>
            </w:r>
            <w:r>
              <w:t>ợ</w:t>
            </w:r>
            <w:r>
              <w:t>p, đúng k</w:t>
            </w:r>
            <w:r>
              <w:t>ỹ</w:t>
            </w:r>
            <w:r>
              <w:t xml:space="preserve"> thu</w:t>
            </w:r>
            <w:r>
              <w:t>ậ</w:t>
            </w:r>
            <w:r>
              <w:t>t.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C93CB1" w14:textId="77777777" w:rsidR="005D031F" w:rsidRDefault="00E05792" w:rsidP="00DA0B6F">
            <w:pPr>
              <w:spacing w:after="0"/>
            </w:pPr>
            <w:r>
              <w:t>Phương pháp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khá phù h</w:t>
            </w:r>
            <w:r>
              <w:t>ợ</w:t>
            </w:r>
            <w:r>
              <w:t>p.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2A1AC2" w14:textId="77777777" w:rsidR="005D031F" w:rsidRDefault="00E05792" w:rsidP="00DA0B6F">
            <w:pPr>
              <w:spacing w:after="0"/>
            </w:pPr>
            <w:r>
              <w:t>Phương pháp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chưa chính xác.</w:t>
            </w:r>
          </w:p>
        </w:tc>
        <w:tc>
          <w:tcPr>
            <w:tcW w:w="147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5150C2" w14:textId="77777777" w:rsidR="005D031F" w:rsidRDefault="00E05792" w:rsidP="00DA0B6F">
            <w:pPr>
              <w:spacing w:after="0"/>
            </w:pPr>
            <w:r>
              <w:t>Không bi</w:t>
            </w:r>
            <w:r>
              <w:t>ế</w:t>
            </w:r>
            <w:r>
              <w:t>t phương pháp x</w:t>
            </w:r>
            <w:r>
              <w:t>ử</w:t>
            </w:r>
            <w:r>
              <w:t xml:space="preserve"> lý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u.</w:t>
            </w:r>
          </w:p>
        </w:tc>
      </w:tr>
    </w:tbl>
    <w:p w14:paraId="34FF8943" w14:textId="77777777" w:rsidR="005D031F" w:rsidRDefault="005D031F">
      <w:pPr>
        <w:spacing w:after="60"/>
      </w:pPr>
    </w:p>
    <w:p w14:paraId="4A41A67B" w14:textId="77777777" w:rsidR="005D031F" w:rsidRDefault="00E05792" w:rsidP="00354413">
      <w:pPr>
        <w:spacing w:after="0"/>
      </w:pPr>
      <w:r>
        <w:rPr>
          <w:b/>
        </w:rPr>
        <w:t>VII. Giáo trình/tài li</w:t>
      </w:r>
      <w:r>
        <w:rPr>
          <w:b/>
        </w:rPr>
        <w:t>ệ</w:t>
      </w:r>
      <w:r>
        <w:rPr>
          <w:b/>
        </w:rPr>
        <w:t>u tham kh</w:t>
      </w:r>
      <w:r>
        <w:rPr>
          <w:b/>
        </w:rPr>
        <w:t>ả</w:t>
      </w:r>
      <w:r>
        <w:rPr>
          <w:b/>
        </w:rPr>
        <w:t>o</w:t>
      </w:r>
    </w:p>
    <w:p w14:paraId="71ACB996" w14:textId="77777777" w:rsidR="00354413" w:rsidRPr="00E221AB" w:rsidRDefault="00354413" w:rsidP="00354413">
      <w:pPr>
        <w:keepNext/>
        <w:spacing w:after="0"/>
        <w:jc w:val="both"/>
        <w:rPr>
          <w:sz w:val="26"/>
          <w:szCs w:val="26"/>
        </w:rPr>
      </w:pPr>
      <w:r w:rsidRPr="00E221AB">
        <w:rPr>
          <w:b/>
          <w:sz w:val="26"/>
          <w:szCs w:val="26"/>
        </w:rPr>
        <w:t>7.1. Giáo trình/Bài giảng</w:t>
      </w:r>
    </w:p>
    <w:p w14:paraId="0A589B05" w14:textId="154AE249" w:rsidR="00354413" w:rsidRPr="00E221AB" w:rsidRDefault="00354413" w:rsidP="00354413">
      <w:pPr>
        <w:spacing w:after="0"/>
        <w:ind w:firstLine="720"/>
        <w:jc w:val="both"/>
        <w:rPr>
          <w:sz w:val="26"/>
          <w:szCs w:val="26"/>
        </w:rPr>
      </w:pPr>
      <w:r w:rsidRPr="00E221AB">
        <w:rPr>
          <w:sz w:val="26"/>
          <w:szCs w:val="26"/>
        </w:rPr>
        <w:t xml:space="preserve">1. </w:t>
      </w:r>
      <w:r w:rsidR="00DC0B38">
        <w:rPr>
          <w:sz w:val="26"/>
          <w:szCs w:val="26"/>
        </w:rPr>
        <w:t>Hồ Ngọc Ninh</w:t>
      </w:r>
      <w:r w:rsidRPr="00E221AB">
        <w:rPr>
          <w:sz w:val="26"/>
          <w:szCs w:val="26"/>
        </w:rPr>
        <w:t xml:space="preserve"> (2026). Bài giảng môn học Phương pháp nghiên cứu khoa học (</w:t>
      </w:r>
      <w:r w:rsidR="00DC0B38">
        <w:rPr>
          <w:sz w:val="26"/>
          <w:szCs w:val="26"/>
        </w:rPr>
        <w:t xml:space="preserve">bản </w:t>
      </w:r>
      <w:r w:rsidRPr="00E221AB">
        <w:rPr>
          <w:sz w:val="26"/>
          <w:szCs w:val="26"/>
        </w:rPr>
        <w:t>PPT). Bộ môn Quản lý Du lịch và Lữ hành, Khoa Du lịch và Ngoại ngữ, Học viện Nông nghiệp Việt Nam.</w:t>
      </w:r>
    </w:p>
    <w:p w14:paraId="043FB51C" w14:textId="77777777" w:rsidR="00354413" w:rsidRPr="00E221AB" w:rsidRDefault="00354413" w:rsidP="00354413">
      <w:pPr>
        <w:spacing w:after="0"/>
        <w:ind w:firstLine="720"/>
        <w:jc w:val="both"/>
        <w:rPr>
          <w:sz w:val="26"/>
          <w:szCs w:val="26"/>
        </w:rPr>
      </w:pPr>
      <w:r w:rsidRPr="00E221AB">
        <w:rPr>
          <w:sz w:val="26"/>
          <w:szCs w:val="26"/>
        </w:rPr>
        <w:t>2. Nguyễn Tuấn Anh, Bùi Mạnh Hùng, Lê Thị Minh Phương (2021). Giáo trình Phương pháp nghiên cứu Khoa học.</w:t>
      </w:r>
    </w:p>
    <w:p w14:paraId="1B139FAF" w14:textId="77777777" w:rsidR="00354413" w:rsidRPr="00E221AB" w:rsidRDefault="00354413" w:rsidP="00354413">
      <w:pPr>
        <w:keepNext/>
        <w:spacing w:after="0"/>
        <w:jc w:val="both"/>
        <w:rPr>
          <w:sz w:val="26"/>
          <w:szCs w:val="26"/>
        </w:rPr>
      </w:pPr>
      <w:r w:rsidRPr="00E221AB">
        <w:rPr>
          <w:b/>
          <w:sz w:val="26"/>
          <w:szCs w:val="26"/>
        </w:rPr>
        <w:lastRenderedPageBreak/>
        <w:t>7.2. Tài liệu tham khảo</w:t>
      </w:r>
    </w:p>
    <w:p w14:paraId="5AE1AC01" w14:textId="77777777" w:rsidR="00354413" w:rsidRPr="00E221AB" w:rsidRDefault="00354413" w:rsidP="00354413">
      <w:pPr>
        <w:spacing w:after="0" w:line="312" w:lineRule="auto"/>
        <w:ind w:firstLine="720"/>
        <w:jc w:val="both"/>
        <w:rPr>
          <w:color w:val="000000" w:themeColor="text1"/>
          <w:sz w:val="26"/>
          <w:szCs w:val="26"/>
        </w:rPr>
      </w:pPr>
      <w:r w:rsidRPr="00E221AB">
        <w:rPr>
          <w:color w:val="000000" w:themeColor="text1"/>
          <w:sz w:val="26"/>
          <w:szCs w:val="26"/>
        </w:rPr>
        <w:t>1. Creswell, J.W &amp; Guetterman, T.C. (2019). Educational research: planning, conducting, and evaluating quantitative and qualitative research</w:t>
      </w:r>
      <w:r w:rsidRPr="00E221AB">
        <w:rPr>
          <w:color w:val="000000" w:themeColor="text1"/>
          <w:sz w:val="26"/>
          <w:szCs w:val="26"/>
          <w:lang w:val="nl-NL"/>
        </w:rPr>
        <w:t xml:space="preserve">. </w:t>
      </w:r>
      <w:r w:rsidRPr="00E221AB">
        <w:rPr>
          <w:color w:val="000000" w:themeColor="text1"/>
          <w:sz w:val="26"/>
          <w:szCs w:val="26"/>
        </w:rPr>
        <w:t>Saddle River, New Jersey: Pearson.</w:t>
      </w:r>
    </w:p>
    <w:p w14:paraId="1E907B61" w14:textId="482D5DCE" w:rsidR="00354413" w:rsidRPr="00E221AB" w:rsidRDefault="00354413" w:rsidP="00354413">
      <w:pPr>
        <w:spacing w:after="0"/>
        <w:ind w:firstLine="720"/>
        <w:jc w:val="both"/>
        <w:rPr>
          <w:sz w:val="26"/>
          <w:szCs w:val="26"/>
        </w:rPr>
      </w:pPr>
      <w:r w:rsidRPr="00E221AB">
        <w:rPr>
          <w:sz w:val="26"/>
          <w:szCs w:val="26"/>
        </w:rPr>
        <w:t>2. Creswell, J. W. &amp; Creswell, J. D. (201</w:t>
      </w:r>
      <w:r w:rsidR="00F9773B">
        <w:rPr>
          <w:sz w:val="26"/>
          <w:szCs w:val="26"/>
        </w:rPr>
        <w:t>8</w:t>
      </w:r>
      <w:r w:rsidRPr="00E221AB">
        <w:rPr>
          <w:sz w:val="26"/>
          <w:szCs w:val="26"/>
        </w:rPr>
        <w:t>). Research Design: Qualitative, Quantitative, and Mixed Methods Approaches. SAGE Publications.</w:t>
      </w:r>
    </w:p>
    <w:p w14:paraId="03ACE82E" w14:textId="77777777" w:rsidR="005D031F" w:rsidRDefault="00E05792">
      <w:pPr>
        <w:spacing w:before="200" w:after="80"/>
      </w:pPr>
      <w:r>
        <w:rPr>
          <w:b/>
        </w:rPr>
        <w:t>VIII. N</w:t>
      </w:r>
      <w:r>
        <w:rPr>
          <w:b/>
        </w:rPr>
        <w:t>ộ</w:t>
      </w:r>
      <w:r>
        <w:rPr>
          <w:b/>
        </w:rPr>
        <w:t>i dung chi ti</w:t>
      </w:r>
      <w:r>
        <w:rPr>
          <w:b/>
        </w:rPr>
        <w:t>ế</w:t>
      </w:r>
      <w:r>
        <w:rPr>
          <w:b/>
        </w:rPr>
        <w:t>t c</w:t>
      </w:r>
      <w:r>
        <w:rPr>
          <w:b/>
        </w:rPr>
        <w:t>ủ</w:t>
      </w:r>
      <w:r>
        <w:rPr>
          <w:b/>
        </w:rPr>
        <w:t>a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849"/>
        <w:gridCol w:w="4246"/>
        <w:gridCol w:w="1586"/>
        <w:gridCol w:w="1530"/>
        <w:gridCol w:w="1134"/>
      </w:tblGrid>
      <w:tr w:rsidR="005D031F" w14:paraId="668411F1" w14:textId="77777777" w:rsidTr="00F02786">
        <w:trPr>
          <w:cantSplit/>
          <w:jc w:val="center"/>
        </w:trPr>
        <w:tc>
          <w:tcPr>
            <w:tcW w:w="850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53EEF3" w14:textId="77777777" w:rsidR="005D031F" w:rsidRDefault="00E05792" w:rsidP="00354413">
            <w:pPr>
              <w:spacing w:after="0"/>
              <w:jc w:val="center"/>
            </w:pPr>
            <w:r>
              <w:rPr>
                <w:b/>
              </w:rPr>
              <w:t>Tu</w:t>
            </w:r>
            <w:r>
              <w:rPr>
                <w:b/>
              </w:rPr>
              <w:t>ầ</w:t>
            </w:r>
            <w:r>
              <w:rPr>
                <w:b/>
              </w:rPr>
              <w:t>n</w:t>
            </w:r>
          </w:p>
        </w:tc>
        <w:tc>
          <w:tcPr>
            <w:tcW w:w="4252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02A9A1" w14:textId="77777777" w:rsidR="005D031F" w:rsidRDefault="00E05792" w:rsidP="00354413">
            <w:pPr>
              <w:spacing w:after="0"/>
              <w:jc w:val="center"/>
            </w:pPr>
            <w:r>
              <w:rPr>
                <w:b/>
              </w:rPr>
              <w:t>N</w:t>
            </w:r>
            <w:r>
              <w:rPr>
                <w:b/>
              </w:rPr>
              <w:t>ộ</w:t>
            </w:r>
            <w:r>
              <w:rPr>
                <w:b/>
              </w:rPr>
              <w:t>i dung</w:t>
            </w:r>
          </w:p>
        </w:tc>
        <w:tc>
          <w:tcPr>
            <w:tcW w:w="1587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327F06" w14:textId="77777777" w:rsidR="005D031F" w:rsidRDefault="00E05792" w:rsidP="00354413">
            <w:pPr>
              <w:spacing w:after="0"/>
              <w:jc w:val="center"/>
            </w:pPr>
            <w:r>
              <w:rPr>
                <w:b/>
              </w:rPr>
              <w:t>Phương pháp gi</w:t>
            </w:r>
            <w:r>
              <w:rPr>
                <w:b/>
              </w:rPr>
              <w:t>ả</w:t>
            </w:r>
            <w:r>
              <w:rPr>
                <w:b/>
              </w:rPr>
              <w:t>ng d</w:t>
            </w:r>
            <w:r>
              <w:rPr>
                <w:b/>
              </w:rPr>
              <w:t>ạ</w:t>
            </w:r>
            <w:r>
              <w:rPr>
                <w:b/>
              </w:rPr>
              <w:t>y</w:t>
            </w:r>
          </w:p>
        </w:tc>
        <w:tc>
          <w:tcPr>
            <w:tcW w:w="1531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3FD4A1" w14:textId="77777777" w:rsidR="005D031F" w:rsidRDefault="00E05792" w:rsidP="00354413">
            <w:pPr>
              <w:spacing w:after="0"/>
              <w:jc w:val="center"/>
            </w:pPr>
            <w:r>
              <w:rPr>
                <w:b/>
              </w:rPr>
              <w:t>Phương pháp đánh giá</w:t>
            </w:r>
          </w:p>
        </w:tc>
        <w:tc>
          <w:tcPr>
            <w:tcW w:w="1134" w:type="dxa"/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CD2151" w14:textId="77777777" w:rsidR="005D031F" w:rsidRDefault="00E05792" w:rsidP="00354413">
            <w:pPr>
              <w:spacing w:after="0"/>
              <w:jc w:val="center"/>
            </w:pPr>
            <w:r>
              <w:rPr>
                <w:b/>
              </w:rPr>
              <w:t>Chu</w:t>
            </w:r>
            <w:r>
              <w:rPr>
                <w:b/>
              </w:rPr>
              <w:t>ẩ</w:t>
            </w:r>
            <w:r>
              <w:rPr>
                <w:b/>
              </w:rPr>
              <w:t>n đ</w:t>
            </w:r>
            <w:r>
              <w:rPr>
                <w:b/>
              </w:rPr>
              <w:t>ầ</w:t>
            </w:r>
            <w:r>
              <w:rPr>
                <w:b/>
              </w:rPr>
              <w:t>u ra c</w:t>
            </w:r>
            <w:r>
              <w:rPr>
                <w:b/>
              </w:rPr>
              <w:t>ủ</w:t>
            </w:r>
            <w:r>
              <w:rPr>
                <w:b/>
              </w:rPr>
              <w:t>a h</w:t>
            </w:r>
            <w:r>
              <w:rPr>
                <w:b/>
              </w:rPr>
              <w:t>ọ</w:t>
            </w:r>
            <w:r>
              <w:rPr>
                <w:b/>
              </w:rPr>
              <w:t>c ph</w:t>
            </w:r>
            <w:r>
              <w:rPr>
                <w:b/>
              </w:rPr>
              <w:t>ầ</w:t>
            </w:r>
            <w:r>
              <w:rPr>
                <w:b/>
              </w:rPr>
              <w:t>n đư</w:t>
            </w:r>
            <w:r>
              <w:rPr>
                <w:b/>
              </w:rPr>
              <w:t>ợ</w:t>
            </w:r>
            <w:r>
              <w:rPr>
                <w:b/>
              </w:rPr>
              <w:t>c đánh giá</w:t>
            </w:r>
          </w:p>
        </w:tc>
      </w:tr>
      <w:tr w:rsidR="005D031F" w14:paraId="7E9483A8" w14:textId="77777777" w:rsidTr="00F02786">
        <w:trPr>
          <w:cantSplit/>
          <w:jc w:val="center"/>
        </w:trPr>
        <w:tc>
          <w:tcPr>
            <w:tcW w:w="8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B12B81" w14:textId="77777777" w:rsidR="005D031F" w:rsidRDefault="00E05792" w:rsidP="00354413">
            <w:pPr>
              <w:spacing w:after="0"/>
              <w:jc w:val="center"/>
            </w:pPr>
            <w:r>
              <w:lastRenderedPageBreak/>
              <w:t>1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DEF5B6" w14:textId="77777777" w:rsidR="005D031F" w:rsidRDefault="00E05792" w:rsidP="00354413">
            <w:pPr>
              <w:spacing w:after="0"/>
            </w:pPr>
            <w:r w:rsidRPr="00744D6C">
              <w:rPr>
                <w:b/>
                <w:bCs/>
              </w:rPr>
              <w:t>Chương 1: T</w:t>
            </w:r>
            <w:r w:rsidRPr="00744D6C">
              <w:rPr>
                <w:b/>
                <w:bCs/>
              </w:rPr>
              <w:t>Ổ</w:t>
            </w:r>
            <w:r w:rsidRPr="00744D6C">
              <w:rPr>
                <w:b/>
                <w:bCs/>
              </w:rPr>
              <w:t>NG QUAN V</w:t>
            </w:r>
            <w:r w:rsidRPr="00744D6C">
              <w:rPr>
                <w:b/>
                <w:bCs/>
              </w:rPr>
              <w:t>Ề</w:t>
            </w:r>
            <w:r w:rsidRPr="00744D6C">
              <w:rPr>
                <w:b/>
                <w:bCs/>
              </w:rPr>
              <w:t xml:space="preserve"> PHƯƠNG PHÁP NGHIÊN C</w:t>
            </w:r>
            <w:r w:rsidRPr="00744D6C">
              <w:rPr>
                <w:b/>
                <w:bCs/>
              </w:rPr>
              <w:t>Ứ</w:t>
            </w:r>
            <w:r w:rsidRPr="00744D6C">
              <w:rPr>
                <w:b/>
                <w:bCs/>
              </w:rPr>
              <w:t>U KHOA H</w:t>
            </w:r>
            <w:r w:rsidRPr="00744D6C">
              <w:rPr>
                <w:b/>
                <w:bCs/>
              </w:rPr>
              <w:t>Ọ</w:t>
            </w:r>
            <w:r w:rsidRPr="00744D6C">
              <w:rPr>
                <w:b/>
                <w:bCs/>
              </w:rPr>
              <w:t>C</w:t>
            </w:r>
            <w:r>
              <w:br/>
            </w:r>
            <w:r>
              <w:br/>
              <w:t>CĐR bài h</w:t>
            </w:r>
            <w:r>
              <w:t>ọ</w:t>
            </w:r>
            <w:r>
              <w:t>c (LLO) c</w:t>
            </w:r>
            <w:r>
              <w:t>ủ</w:t>
            </w:r>
            <w:r>
              <w:t>a chương 1:</w:t>
            </w:r>
            <w:r>
              <w:br/>
              <w:t>LLO 1.1: Phân bi</w:t>
            </w:r>
            <w:r>
              <w:t>ệ</w:t>
            </w:r>
            <w:r>
              <w:t>t đư</w:t>
            </w:r>
            <w:r>
              <w:t>ợ</w:t>
            </w:r>
            <w:r>
              <w:t>c các khái ni</w:t>
            </w:r>
            <w:r>
              <w:t>ệ</w:t>
            </w:r>
            <w:r>
              <w:t>m cơ b</w:t>
            </w:r>
            <w:r>
              <w:t>ả</w:t>
            </w:r>
            <w:r>
              <w:t>n (khoa h</w:t>
            </w:r>
            <w:r>
              <w:t>ọ</w:t>
            </w:r>
            <w:r>
              <w:t>c, NCKH, phương pháp NCKH) và lo</w:t>
            </w:r>
            <w:r>
              <w:t>ạ</w:t>
            </w:r>
            <w:r>
              <w:t>i hình nghiên c</w:t>
            </w:r>
            <w:r>
              <w:t>ứ</w:t>
            </w:r>
            <w:r>
              <w:t>u (đ</w:t>
            </w:r>
            <w:r>
              <w:t>ị</w:t>
            </w:r>
            <w:r>
              <w:t>nh tính, đ</w:t>
            </w:r>
            <w:r>
              <w:t>ị</w:t>
            </w:r>
            <w:r>
              <w:t>nh lư</w:t>
            </w:r>
            <w:r>
              <w:t>ợ</w:t>
            </w:r>
            <w:r>
              <w:t>ng, h</w:t>
            </w:r>
            <w:r>
              <w:t>ỗ</w:t>
            </w:r>
            <w:r>
              <w:t>n h</w:t>
            </w:r>
            <w:r>
              <w:t>ợ</w:t>
            </w:r>
            <w:r>
              <w:t>p). (Đóng góp CI 1.1)</w:t>
            </w:r>
            <w:r>
              <w:br/>
              <w:t>LLO 1.2: Trình bày đư</w:t>
            </w:r>
            <w:r>
              <w:t>ợ</w:t>
            </w:r>
            <w:r>
              <w:t>c c</w:t>
            </w:r>
            <w:r>
              <w:t>ấ</w:t>
            </w:r>
            <w:r>
              <w:t>u trúc t</w:t>
            </w:r>
            <w:r>
              <w:t>ổ</w:t>
            </w:r>
            <w:r>
              <w:t>ng th</w:t>
            </w:r>
            <w:r>
              <w:t>ể</w:t>
            </w:r>
            <w:r>
              <w:t xml:space="preserve"> và các bư</w:t>
            </w:r>
            <w:r>
              <w:t>ớ</w:t>
            </w:r>
            <w:r>
              <w:t>c c</w:t>
            </w:r>
            <w:r>
              <w:t>ủ</w:t>
            </w:r>
            <w:r>
              <w:t>a quá trình NCKH trong lĩnh v</w:t>
            </w:r>
            <w:r>
              <w:t>ự</w:t>
            </w:r>
            <w:r>
              <w:t>c Ngôn ng</w:t>
            </w:r>
            <w:r>
              <w:t>ữ</w:t>
            </w:r>
            <w:r>
              <w:t xml:space="preserve"> Anh. (Đóng góp CI 2.1)</w:t>
            </w:r>
            <w:r>
              <w:br/>
              <w:t>LLO 1.3: Th</w:t>
            </w:r>
            <w:r>
              <w:t>ể</w:t>
            </w:r>
            <w:r>
              <w:t xml:space="preserve"> hi</w:t>
            </w:r>
            <w:r>
              <w:t>ệ</w:t>
            </w:r>
            <w:r>
              <w:t>n ý th</w:t>
            </w:r>
            <w:r>
              <w:t>ứ</w:t>
            </w:r>
            <w:r>
              <w:t>c tuân th</w:t>
            </w:r>
            <w:r>
              <w:t>ủ</w:t>
            </w:r>
            <w:r>
              <w:t xml:space="preserve"> đ</w:t>
            </w:r>
            <w:r>
              <w:t>ạ</w:t>
            </w:r>
            <w:r>
              <w:t>o đ</w:t>
            </w:r>
            <w:r>
              <w:t>ứ</w:t>
            </w:r>
            <w:r>
              <w:t>c NCKH và liêm chính h</w:t>
            </w:r>
            <w:r>
              <w:t>ọ</w:t>
            </w:r>
            <w:r>
              <w:t>c thu</w:t>
            </w:r>
            <w:r>
              <w:t>ậ</w:t>
            </w:r>
            <w:r>
              <w:t>t. (Đóng góp CI 5.2)</w:t>
            </w:r>
            <w:r>
              <w:br/>
            </w:r>
            <w:r>
              <w:br/>
            </w:r>
            <w:r w:rsidRPr="00744D6C">
              <w:rPr>
                <w:b/>
                <w:bCs/>
              </w:rPr>
              <w:t>N</w:t>
            </w:r>
            <w:r w:rsidRPr="00744D6C">
              <w:rPr>
                <w:b/>
                <w:bCs/>
              </w:rPr>
              <w:t>ộ</w:t>
            </w:r>
            <w:r w:rsidRPr="00744D6C">
              <w:rPr>
                <w:b/>
                <w:bCs/>
              </w:rPr>
              <w:t>i dung gi</w:t>
            </w:r>
            <w:r w:rsidRPr="00744D6C">
              <w:rPr>
                <w:b/>
                <w:bCs/>
              </w:rPr>
              <w:t>ả</w:t>
            </w:r>
            <w:r w:rsidRPr="00744D6C">
              <w:rPr>
                <w:b/>
                <w:bCs/>
              </w:rPr>
              <w:t>ng d</w:t>
            </w:r>
            <w:r w:rsidRPr="00744D6C">
              <w:rPr>
                <w:b/>
                <w:bCs/>
              </w:rPr>
              <w:t>ạ</w:t>
            </w:r>
            <w:r w:rsidRPr="00744D6C">
              <w:rPr>
                <w:b/>
                <w:bCs/>
              </w:rPr>
              <w:t>y lý thuy</w:t>
            </w:r>
            <w:r w:rsidRPr="00744D6C">
              <w:rPr>
                <w:b/>
                <w:bCs/>
              </w:rPr>
              <w:t>ế</w:t>
            </w:r>
            <w:r w:rsidRPr="00744D6C">
              <w:rPr>
                <w:b/>
                <w:bCs/>
              </w:rPr>
              <w:t>t</w:t>
            </w:r>
            <w:r>
              <w:t>: (3 ti</w:t>
            </w:r>
            <w:r>
              <w:t>ế</w:t>
            </w:r>
            <w:r>
              <w:t>t)</w:t>
            </w:r>
            <w:r>
              <w:br/>
              <w:t>1.1 M</w:t>
            </w:r>
            <w:r>
              <w:t>ộ</w:t>
            </w:r>
            <w:r>
              <w:t>t s</w:t>
            </w:r>
            <w:r>
              <w:t>ố</w:t>
            </w:r>
            <w:r>
              <w:t xml:space="preserve"> khái ni</w:t>
            </w:r>
            <w:r>
              <w:t>ệ</w:t>
            </w:r>
            <w:r>
              <w:t>m cơ b</w:t>
            </w:r>
            <w:r>
              <w:t>ả</w:t>
            </w:r>
            <w:r>
              <w:t>n (khoa h</w:t>
            </w:r>
            <w:r>
              <w:t>ọ</w:t>
            </w:r>
            <w:r>
              <w:t>c, NCKH, phương pháp NCKH)</w:t>
            </w:r>
            <w:r>
              <w:br/>
              <w:t>1.2 Các lo</w:t>
            </w:r>
            <w:r>
              <w:t>ạ</w:t>
            </w:r>
            <w:r>
              <w:t>i hình nghiên c</w:t>
            </w:r>
            <w:r>
              <w:t>ứ</w:t>
            </w:r>
            <w:r>
              <w:t>u khoa h</w:t>
            </w:r>
            <w:r>
              <w:t>ọ</w:t>
            </w:r>
            <w:r>
              <w:t>c</w:t>
            </w:r>
            <w:r>
              <w:br/>
              <w:t>1.3 C</w:t>
            </w:r>
            <w:r>
              <w:t>ấ</w:t>
            </w:r>
            <w:r>
              <w:t>u trúc và quá trình nghiên c</w:t>
            </w:r>
            <w:r>
              <w:t>ứ</w:t>
            </w:r>
            <w:r>
              <w:t>u khoa h</w:t>
            </w:r>
            <w:r>
              <w:t>ọ</w:t>
            </w:r>
            <w:r>
              <w:t>c</w:t>
            </w:r>
            <w:r>
              <w:br/>
              <w:t>1.4 Đ</w:t>
            </w:r>
            <w:r>
              <w:t>ạ</w:t>
            </w:r>
            <w:r>
              <w:t>o đ</w:t>
            </w:r>
            <w:r>
              <w:t>ứ</w:t>
            </w:r>
            <w:r>
              <w:t>c nghiên c</w:t>
            </w:r>
            <w:r>
              <w:t>ứ</w:t>
            </w:r>
            <w:r>
              <w:t>u và liêm chính h</w:t>
            </w:r>
            <w:r>
              <w:t>ọ</w:t>
            </w:r>
            <w:r>
              <w:t>c thu</w:t>
            </w:r>
            <w:r>
              <w:t>ậ</w:t>
            </w:r>
            <w:r>
              <w:t>t</w:t>
            </w:r>
            <w:r>
              <w:br/>
            </w:r>
            <w:r>
              <w:br/>
            </w:r>
            <w:r w:rsidRPr="00744D6C">
              <w:rPr>
                <w:b/>
                <w:bCs/>
              </w:rPr>
              <w:t>N</w:t>
            </w:r>
            <w:r w:rsidRPr="00744D6C">
              <w:rPr>
                <w:b/>
                <w:bCs/>
              </w:rPr>
              <w:t>ộ</w:t>
            </w:r>
            <w:r w:rsidRPr="00744D6C">
              <w:rPr>
                <w:b/>
                <w:bCs/>
              </w:rPr>
              <w:t>i dung gi</w:t>
            </w:r>
            <w:r w:rsidRPr="00744D6C">
              <w:rPr>
                <w:b/>
                <w:bCs/>
              </w:rPr>
              <w:t>ả</w:t>
            </w:r>
            <w:r w:rsidRPr="00744D6C">
              <w:rPr>
                <w:b/>
                <w:bCs/>
              </w:rPr>
              <w:t>ng d</w:t>
            </w:r>
            <w:r w:rsidRPr="00744D6C">
              <w:rPr>
                <w:b/>
                <w:bCs/>
              </w:rPr>
              <w:t>ạ</w:t>
            </w:r>
            <w:r w:rsidRPr="00744D6C">
              <w:rPr>
                <w:b/>
                <w:bCs/>
              </w:rPr>
              <w:t>y th</w:t>
            </w:r>
            <w:r w:rsidRPr="00744D6C">
              <w:rPr>
                <w:b/>
                <w:bCs/>
              </w:rPr>
              <w:t>ự</w:t>
            </w:r>
            <w:r w:rsidRPr="00744D6C">
              <w:rPr>
                <w:b/>
                <w:bCs/>
              </w:rPr>
              <w:t>c hành/th</w:t>
            </w:r>
            <w:r w:rsidRPr="00744D6C">
              <w:rPr>
                <w:b/>
                <w:bCs/>
              </w:rPr>
              <w:t>ự</w:t>
            </w:r>
            <w:r w:rsidRPr="00744D6C">
              <w:rPr>
                <w:b/>
                <w:bCs/>
              </w:rPr>
              <w:t>c nghi</w:t>
            </w:r>
            <w:r w:rsidRPr="00744D6C">
              <w:rPr>
                <w:b/>
                <w:bCs/>
              </w:rPr>
              <w:t>ệ</w:t>
            </w:r>
            <w:r w:rsidRPr="00744D6C">
              <w:rPr>
                <w:b/>
                <w:bCs/>
              </w:rPr>
              <w:t>m:</w:t>
            </w:r>
            <w:r>
              <w:t xml:space="preserve"> (0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seminar/th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o lu</w:t>
            </w:r>
            <w:r w:rsidRPr="00F23863">
              <w:rPr>
                <w:b/>
                <w:bCs/>
              </w:rPr>
              <w:t>ậ</w:t>
            </w:r>
            <w:r w:rsidRPr="00F23863">
              <w:rPr>
                <w:b/>
                <w:bCs/>
              </w:rPr>
              <w:t>n/Project/s</w:t>
            </w:r>
            <w:r w:rsidRPr="00F23863">
              <w:rPr>
                <w:b/>
                <w:bCs/>
              </w:rPr>
              <w:t>ử</w:t>
            </w:r>
            <w:r w:rsidRPr="00F23863">
              <w:rPr>
                <w:b/>
                <w:bCs/>
              </w:rPr>
              <w:t xml:space="preserve"> d</w:t>
            </w:r>
            <w:r w:rsidRPr="00F23863">
              <w:rPr>
                <w:b/>
                <w:bCs/>
              </w:rPr>
              <w:t>ụ</w:t>
            </w:r>
            <w:r w:rsidRPr="00F23863">
              <w:rPr>
                <w:b/>
                <w:bCs/>
              </w:rPr>
              <w:t>ng h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 xml:space="preserve"> th</w:t>
            </w:r>
            <w:r w:rsidRPr="00F23863">
              <w:rPr>
                <w:b/>
                <w:bCs/>
              </w:rPr>
              <w:t>ố</w:t>
            </w:r>
            <w:r w:rsidRPr="00F23863">
              <w:rPr>
                <w:b/>
                <w:bCs/>
              </w:rPr>
              <w:t>ng VNUA-LMS:</w:t>
            </w:r>
            <w:r>
              <w:t xml:space="preserve"> (0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t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 xml:space="preserve"> h</w:t>
            </w:r>
            <w:r w:rsidRPr="00F23863">
              <w:rPr>
                <w:b/>
                <w:bCs/>
              </w:rPr>
              <w:t>ọ</w:t>
            </w:r>
            <w:r w:rsidRPr="00F23863">
              <w:rPr>
                <w:b/>
                <w:bCs/>
              </w:rPr>
              <w:t>c:</w:t>
            </w:r>
            <w:r>
              <w:t xml:space="preserve"> (9 ti</w:t>
            </w:r>
            <w:r>
              <w:t>ế</w:t>
            </w:r>
            <w:r>
              <w:t>t)</w:t>
            </w:r>
            <w:r>
              <w:br/>
              <w:t>SV đ</w:t>
            </w:r>
            <w:r>
              <w:t>ọ</w:t>
            </w:r>
            <w:r>
              <w:t>c tài li</w:t>
            </w:r>
            <w:r>
              <w:t>ệ</w:t>
            </w:r>
            <w:r>
              <w:t>u Chương 1, tr</w:t>
            </w:r>
            <w:r>
              <w:t>ả</w:t>
            </w:r>
            <w:r>
              <w:t xml:space="preserve"> l</w:t>
            </w:r>
            <w:r>
              <w:t>ờ</w:t>
            </w:r>
            <w:r>
              <w:t>i câu h</w:t>
            </w:r>
            <w:r>
              <w:t>ỏ</w:t>
            </w:r>
            <w:r>
              <w:t>i ôn t</w:t>
            </w:r>
            <w:r>
              <w:t>ậ</w:t>
            </w:r>
            <w:r>
              <w:t>p và tìm hi</w:t>
            </w:r>
            <w:r>
              <w:t>ể</w:t>
            </w:r>
            <w:r>
              <w:t>u các hư</w:t>
            </w:r>
            <w:r>
              <w:t>ớ</w:t>
            </w:r>
            <w:r>
              <w:t>ng NCKH trong ngành Ngôn ng</w:t>
            </w:r>
            <w:r>
              <w:t>ữ</w:t>
            </w:r>
            <w:r>
              <w:t xml:space="preserve"> Anh.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853F13" w14:textId="77777777" w:rsidR="005D031F" w:rsidRDefault="00E05792" w:rsidP="00354413">
            <w:pPr>
              <w:spacing w:after="0"/>
            </w:pPr>
            <w:r>
              <w:t>Thuy</w:t>
            </w:r>
            <w:r>
              <w:t>ế</w:t>
            </w:r>
            <w:r>
              <w:t>t gi</w:t>
            </w:r>
            <w:r>
              <w:t>ả</w:t>
            </w:r>
            <w:r>
              <w:t>ng, Nêu v</w:t>
            </w:r>
            <w:r>
              <w:t>ấ</w:t>
            </w:r>
            <w:r>
              <w:t>n đ</w:t>
            </w:r>
            <w:r>
              <w:t>ề</w:t>
            </w:r>
            <w:r>
              <w:t>, Th</w:t>
            </w:r>
            <w:r>
              <w:t>ả</w:t>
            </w:r>
            <w:r>
              <w:t>o lu</w:t>
            </w:r>
            <w:r>
              <w:t>ậ</w:t>
            </w:r>
            <w:r>
              <w:t>n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1B4C2" w14:textId="77777777" w:rsidR="005D031F" w:rsidRDefault="00E05792" w:rsidP="00354413">
            <w:pPr>
              <w:spacing w:after="0"/>
            </w:pPr>
            <w:r>
              <w:t>Đánh giá chuyên c</w:t>
            </w:r>
            <w:r>
              <w:t>ầ</w:t>
            </w:r>
            <w:r>
              <w:t>n (Rubric 1)</w:t>
            </w:r>
          </w:p>
        </w:tc>
        <w:tc>
          <w:tcPr>
            <w:tcW w:w="113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10763A" w14:textId="77777777" w:rsidR="005D031F" w:rsidRDefault="00E05792" w:rsidP="00354413">
            <w:pPr>
              <w:spacing w:after="0"/>
              <w:jc w:val="center"/>
            </w:pPr>
            <w:r>
              <w:t>CLO1, CLO2, CLO5</w:t>
            </w:r>
          </w:p>
        </w:tc>
      </w:tr>
      <w:tr w:rsidR="005D031F" w14:paraId="752C6582" w14:textId="77777777" w:rsidTr="00F02786">
        <w:trPr>
          <w:cantSplit/>
          <w:jc w:val="center"/>
        </w:trPr>
        <w:tc>
          <w:tcPr>
            <w:tcW w:w="8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8BB626" w14:textId="77777777" w:rsidR="005D031F" w:rsidRDefault="00E05792" w:rsidP="00354413">
            <w:pPr>
              <w:spacing w:after="0"/>
              <w:jc w:val="center"/>
            </w:pPr>
            <w:r>
              <w:lastRenderedPageBreak/>
              <w:t>2, 3, 4, 5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79BDB" w14:textId="77777777" w:rsidR="005D031F" w:rsidRDefault="00E05792" w:rsidP="00354413">
            <w:pPr>
              <w:spacing w:after="0"/>
            </w:pPr>
            <w:r w:rsidRPr="00F23863">
              <w:rPr>
                <w:b/>
                <w:bCs/>
              </w:rPr>
              <w:t>Chương 2: QUÁ TRÌNH NGHIÊN C</w:t>
            </w:r>
            <w:r w:rsidRPr="00F23863">
              <w:rPr>
                <w:b/>
                <w:bCs/>
              </w:rPr>
              <w:t>Ứ</w:t>
            </w:r>
            <w:r w:rsidRPr="00F23863">
              <w:rPr>
                <w:b/>
                <w:bCs/>
              </w:rPr>
              <w:t>U VÀ XÂY D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>NG Đ</w:t>
            </w:r>
            <w:r w:rsidRPr="00F23863">
              <w:rPr>
                <w:b/>
                <w:bCs/>
              </w:rPr>
              <w:t>Ề</w:t>
            </w:r>
            <w:r w:rsidRPr="00F23863">
              <w:rPr>
                <w:b/>
                <w:bCs/>
              </w:rPr>
              <w:t xml:space="preserve"> CƯƠNG NGHIÊN C</w:t>
            </w:r>
            <w:r w:rsidRPr="00F23863">
              <w:rPr>
                <w:b/>
                <w:bCs/>
              </w:rPr>
              <w:t>Ứ</w:t>
            </w:r>
            <w:r w:rsidRPr="00F23863">
              <w:rPr>
                <w:b/>
                <w:bCs/>
              </w:rPr>
              <w:t>U</w:t>
            </w:r>
            <w:r>
              <w:br/>
            </w:r>
            <w:r>
              <w:br/>
              <w:t>CĐR bài h</w:t>
            </w:r>
            <w:r>
              <w:t>ọ</w:t>
            </w:r>
            <w:r>
              <w:t>c (LLO) c</w:t>
            </w:r>
            <w:r>
              <w:t>ủ</w:t>
            </w:r>
            <w:r>
              <w:t>a chương 2:</w:t>
            </w:r>
            <w:r>
              <w:br/>
              <w:t>LLO 2.1: Xác đ</w:t>
            </w:r>
            <w:r>
              <w:t>ị</w:t>
            </w:r>
            <w:r>
              <w:t>nh đư</w:t>
            </w:r>
            <w:r>
              <w:t>ợ</w:t>
            </w:r>
            <w:r>
              <w:t>c 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u, tên đ</w:t>
            </w:r>
            <w:r>
              <w:t>ề</w:t>
            </w:r>
            <w:r>
              <w:t xml:space="preserve"> tài, câu h</w:t>
            </w:r>
            <w:r>
              <w:t>ỏ</w:t>
            </w:r>
            <w:r>
              <w:t>i nghiên c</w:t>
            </w:r>
            <w:r>
              <w:t>ứ</w:t>
            </w:r>
            <w:r>
              <w:t>u và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 nghiên c</w:t>
            </w:r>
            <w:r>
              <w:t>ứ</w:t>
            </w:r>
            <w:r>
              <w:t>u trong lĩnh v</w:t>
            </w:r>
            <w:r>
              <w:t>ự</w:t>
            </w:r>
            <w:r>
              <w:t>c Ngôn ng</w:t>
            </w:r>
            <w:r>
              <w:t>ữ</w:t>
            </w:r>
            <w:r>
              <w:t xml:space="preserve"> Anh và Gi</w:t>
            </w:r>
            <w:r>
              <w:t>ả</w:t>
            </w:r>
            <w:r>
              <w:t>ng d</w:t>
            </w:r>
            <w:r>
              <w:t>ạ</w:t>
            </w:r>
            <w:r>
              <w:t>y ti</w:t>
            </w:r>
            <w:r>
              <w:t>ế</w:t>
            </w:r>
            <w:r>
              <w:t>ng Anh. (Đóng góp CI 2.1)</w:t>
            </w:r>
            <w:r>
              <w:br/>
              <w:t>LLO 2.2: L</w:t>
            </w:r>
            <w:r>
              <w:t>ự</w:t>
            </w:r>
            <w:r>
              <w:t>a ch</w:t>
            </w:r>
            <w:r>
              <w:t>ọ</w:t>
            </w:r>
            <w:r>
              <w:t>n và t</w:t>
            </w:r>
            <w:r>
              <w:t>ổ</w:t>
            </w:r>
            <w:r>
              <w:t>ng h</w:t>
            </w:r>
            <w:r>
              <w:t>ợ</w:t>
            </w:r>
            <w:r>
              <w:t>p tài li</w:t>
            </w:r>
            <w:r>
              <w:t>ệ</w:t>
            </w:r>
            <w:r>
              <w:t>u khoa h</w:t>
            </w:r>
            <w:r>
              <w:t>ọ</w:t>
            </w:r>
            <w:r>
              <w:t>c đ</w:t>
            </w:r>
            <w:r>
              <w:t>ể</w:t>
            </w:r>
            <w:r>
              <w:t xml:space="preserve"> xây d</w:t>
            </w:r>
            <w:r>
              <w:t>ự</w:t>
            </w:r>
            <w:r>
              <w:t>ng khung lý thuy</w:t>
            </w:r>
            <w:r>
              <w:t>ế</w:t>
            </w:r>
            <w:r>
              <w:t>t và t</w:t>
            </w:r>
            <w:r>
              <w:t>ổ</w:t>
            </w:r>
            <w:r>
              <w:t>ng quan tài li</w:t>
            </w:r>
            <w:r>
              <w:t>ệ</w:t>
            </w:r>
            <w:r>
              <w:t>u. (Đóng góp CI 1.1, CI 1.2)</w:t>
            </w:r>
            <w:r>
              <w:br/>
              <w:t>LLO 2.3: Xây d</w:t>
            </w:r>
            <w:r>
              <w:t>ự</w:t>
            </w:r>
            <w:r>
              <w:t>ng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khoa h</w:t>
            </w:r>
            <w:r>
              <w:t>ọ</w:t>
            </w:r>
            <w:r>
              <w:t>c chi ti</w:t>
            </w:r>
            <w:r>
              <w:t>ế</w:t>
            </w:r>
            <w:r>
              <w:t>t theo quy chu</w:t>
            </w:r>
            <w:r>
              <w:t>ẩ</w:t>
            </w:r>
            <w:r>
              <w:t>n. (Đóng góp CI 2.1, CI 2.2)</w:t>
            </w:r>
            <w:r>
              <w:br/>
              <w:t>LLO 2.4: V</w:t>
            </w:r>
            <w:r>
              <w:t>ậ</w:t>
            </w:r>
            <w:r>
              <w:t>n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trong làm vi</w:t>
            </w:r>
            <w:r>
              <w:t>ệ</w:t>
            </w:r>
            <w:r>
              <w:t>c nhóm đ</w:t>
            </w:r>
            <w:r>
              <w:t>ể</w:t>
            </w:r>
            <w:r>
              <w:t xml:space="preserve"> phát tri</w:t>
            </w:r>
            <w:r>
              <w:t>ể</w:t>
            </w:r>
            <w:r>
              <w:t>n ý tư</w:t>
            </w:r>
            <w:r>
              <w:t>ở</w:t>
            </w:r>
            <w:r>
              <w:t>ng nghiên c</w:t>
            </w:r>
            <w:r>
              <w:t>ứ</w:t>
            </w:r>
            <w:r>
              <w:t>u. (Đóng góp CI 3.1, CI 3.2)</w:t>
            </w:r>
            <w:r>
              <w:br/>
              <w:t>LLO 2.5: Ch</w:t>
            </w:r>
            <w:r>
              <w:t>ủ</w:t>
            </w:r>
            <w:r>
              <w:t xml:space="preserve"> đ</w:t>
            </w:r>
            <w:r>
              <w:t>ộ</w:t>
            </w:r>
            <w:r>
              <w:t>ng tìm ki</w:t>
            </w:r>
            <w:r>
              <w:t>ế</w:t>
            </w:r>
            <w:r>
              <w:t>m tài li</w:t>
            </w:r>
            <w:r>
              <w:t>ệ</w:t>
            </w:r>
            <w:r>
              <w:t>u và th</w:t>
            </w:r>
            <w:r>
              <w:t>ự</w:t>
            </w:r>
            <w:r>
              <w:t>c hi</w:t>
            </w:r>
            <w:r>
              <w:t>ệ</w:t>
            </w:r>
            <w:r>
              <w:t>n các nhi</w:t>
            </w:r>
            <w:r>
              <w:t>ệ</w:t>
            </w:r>
            <w:r>
              <w:t>m v</w:t>
            </w:r>
            <w:r>
              <w:t>ụ</w:t>
            </w:r>
            <w:r>
              <w:t xml:space="preserve"> t</w:t>
            </w:r>
            <w:r>
              <w:t>ự</w:t>
            </w:r>
            <w:r>
              <w:t xml:space="preserve"> h</w:t>
            </w:r>
            <w:r>
              <w:t>ọ</w:t>
            </w:r>
            <w:r>
              <w:t>c đư</w:t>
            </w:r>
            <w:r>
              <w:t>ợ</w:t>
            </w:r>
            <w:r>
              <w:t>c giao. (Đóng góp CI 5.1)</w:t>
            </w:r>
            <w:r>
              <w:br/>
            </w:r>
            <w:r>
              <w:br/>
            </w:r>
            <w:r w:rsidRPr="00F02786">
              <w:rPr>
                <w:b/>
                <w:bCs/>
              </w:rPr>
              <w:t>N</w:t>
            </w:r>
            <w:r w:rsidRPr="00F02786">
              <w:rPr>
                <w:b/>
                <w:bCs/>
              </w:rPr>
              <w:t>ộ</w:t>
            </w:r>
            <w:r w:rsidRPr="00F02786">
              <w:rPr>
                <w:b/>
                <w:bCs/>
              </w:rPr>
              <w:t>i dung gi</w:t>
            </w:r>
            <w:r w:rsidRPr="00F02786">
              <w:rPr>
                <w:b/>
                <w:bCs/>
              </w:rPr>
              <w:t>ả</w:t>
            </w:r>
            <w:r w:rsidRPr="00F02786">
              <w:rPr>
                <w:b/>
                <w:bCs/>
              </w:rPr>
              <w:t>ng d</w:t>
            </w:r>
            <w:r w:rsidRPr="00F02786">
              <w:rPr>
                <w:b/>
                <w:bCs/>
              </w:rPr>
              <w:t>ạ</w:t>
            </w:r>
            <w:r w:rsidRPr="00F02786">
              <w:rPr>
                <w:b/>
                <w:bCs/>
              </w:rPr>
              <w:t>y lý thuy</w:t>
            </w:r>
            <w:r w:rsidRPr="00F02786">
              <w:rPr>
                <w:b/>
                <w:bCs/>
              </w:rPr>
              <w:t>ế</w:t>
            </w:r>
            <w:r w:rsidRPr="00F02786">
              <w:rPr>
                <w:b/>
                <w:bCs/>
              </w:rPr>
              <w:t>t</w:t>
            </w:r>
            <w:r>
              <w:t>: (8 ti</w:t>
            </w:r>
            <w:r>
              <w:t>ế</w:t>
            </w:r>
            <w:r>
              <w:t>t)</w:t>
            </w:r>
            <w:r>
              <w:br/>
              <w:t>2.1 L</w:t>
            </w:r>
            <w:r>
              <w:t>ự</w:t>
            </w:r>
            <w:r>
              <w:t>a ch</w:t>
            </w:r>
            <w:r>
              <w:t>ọ</w:t>
            </w:r>
            <w:r>
              <w:t>n lĩnh v</w:t>
            </w:r>
            <w:r>
              <w:t>ự</w:t>
            </w:r>
            <w:r>
              <w:t>c và xác đ</w:t>
            </w:r>
            <w:r>
              <w:t>ị</w:t>
            </w:r>
            <w:r>
              <w:t>nh v</w:t>
            </w:r>
            <w:r>
              <w:t>ấ</w:t>
            </w:r>
            <w:r>
              <w:t>n đ</w:t>
            </w:r>
            <w:r>
              <w:t>ề</w:t>
            </w:r>
            <w:r>
              <w:t xml:space="preserve"> nghiên c</w:t>
            </w:r>
            <w:r>
              <w:t>ứ</w:t>
            </w:r>
            <w:r>
              <w:t>u</w:t>
            </w:r>
            <w:r>
              <w:br/>
              <w:t>2.2 Đ</w:t>
            </w:r>
            <w:r>
              <w:t>ặ</w:t>
            </w:r>
            <w:r>
              <w:t>t tên đ</w:t>
            </w:r>
            <w:r>
              <w:t>ề</w:t>
            </w:r>
            <w:r>
              <w:t xml:space="preserve"> tài, m</w:t>
            </w:r>
            <w:r>
              <w:t>ụ</w:t>
            </w:r>
            <w:r>
              <w:t>c tiêu, câu h</w:t>
            </w:r>
            <w:r>
              <w:t>ỏ</w:t>
            </w:r>
            <w:r>
              <w:t>i và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 nghiên c</w:t>
            </w:r>
            <w:r>
              <w:t>ứ</w:t>
            </w:r>
            <w:r>
              <w:t>u</w:t>
            </w:r>
            <w:r>
              <w:br/>
              <w:t>2.3 Xác đ</w:t>
            </w:r>
            <w:r>
              <w:t>ị</w:t>
            </w:r>
            <w:r>
              <w:t>nh đ</w:t>
            </w:r>
            <w:r>
              <w:t>ố</w:t>
            </w:r>
            <w:r>
              <w:t>i tư</w:t>
            </w:r>
            <w:r>
              <w:t>ợ</w:t>
            </w:r>
            <w:r>
              <w:t>ng, ph</w:t>
            </w:r>
            <w:r>
              <w:t>ạ</w:t>
            </w:r>
            <w:r>
              <w:t>m vi nghiên c</w:t>
            </w:r>
            <w:r>
              <w:t>ứ</w:t>
            </w:r>
            <w:r>
              <w:t>u</w:t>
            </w:r>
            <w:r>
              <w:br/>
              <w:t>2.4 Phương pháp t</w:t>
            </w:r>
            <w:r>
              <w:t>ổ</w:t>
            </w:r>
            <w:r>
              <w:t>ng quan tài li</w:t>
            </w:r>
            <w:r>
              <w:t>ệ</w:t>
            </w:r>
            <w:r>
              <w:t>u và trích d</w:t>
            </w:r>
            <w:r>
              <w:t>ẫ</w:t>
            </w:r>
            <w:r>
              <w:t>n khoa h</w:t>
            </w:r>
            <w:r>
              <w:t>ọ</w:t>
            </w:r>
            <w:r>
              <w:t>c</w:t>
            </w:r>
            <w:r>
              <w:br/>
              <w:t>2.5 C</w:t>
            </w:r>
            <w:r>
              <w:t>ấ</w:t>
            </w:r>
            <w:r>
              <w:t>u trúc và k</w:t>
            </w:r>
            <w:r>
              <w:t>ỹ</w:t>
            </w:r>
            <w:r>
              <w:t xml:space="preserve"> thu</w:t>
            </w:r>
            <w:r>
              <w:t>ậ</w:t>
            </w:r>
            <w:r>
              <w:t>t xây d</w:t>
            </w:r>
            <w:r>
              <w:t>ự</w:t>
            </w:r>
            <w:r>
              <w:t>ng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gi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ng d</w:t>
            </w:r>
            <w:r w:rsidRPr="00F23863">
              <w:rPr>
                <w:b/>
                <w:bCs/>
              </w:rPr>
              <w:t>ạ</w:t>
            </w:r>
            <w:r w:rsidRPr="00F23863">
              <w:rPr>
                <w:b/>
                <w:bCs/>
              </w:rPr>
              <w:t>y th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>c hành/th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>c nghi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>m:</w:t>
            </w:r>
            <w:r>
              <w:t xml:space="preserve"> (0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seminar/th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o lu</w:t>
            </w:r>
            <w:r w:rsidRPr="00F23863">
              <w:rPr>
                <w:b/>
                <w:bCs/>
              </w:rPr>
              <w:t>ậ</w:t>
            </w:r>
            <w:r w:rsidRPr="00F23863">
              <w:rPr>
                <w:b/>
                <w:bCs/>
              </w:rPr>
              <w:t>n/Project/s</w:t>
            </w:r>
            <w:r w:rsidRPr="00F23863">
              <w:rPr>
                <w:b/>
                <w:bCs/>
              </w:rPr>
              <w:t>ử</w:t>
            </w:r>
            <w:r w:rsidRPr="00F23863">
              <w:rPr>
                <w:b/>
                <w:bCs/>
              </w:rPr>
              <w:t xml:space="preserve"> d</w:t>
            </w:r>
            <w:r w:rsidRPr="00F23863">
              <w:rPr>
                <w:b/>
                <w:bCs/>
              </w:rPr>
              <w:t>ụ</w:t>
            </w:r>
            <w:r w:rsidRPr="00F23863">
              <w:rPr>
                <w:b/>
                <w:bCs/>
              </w:rPr>
              <w:t>ng h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 xml:space="preserve"> th</w:t>
            </w:r>
            <w:r w:rsidRPr="00F23863">
              <w:rPr>
                <w:b/>
                <w:bCs/>
              </w:rPr>
              <w:t>ố</w:t>
            </w:r>
            <w:r w:rsidRPr="00F23863">
              <w:rPr>
                <w:b/>
                <w:bCs/>
              </w:rPr>
              <w:t>ng VNUA-LMS:</w:t>
            </w:r>
            <w:r>
              <w:t xml:space="preserve"> (2 ti</w:t>
            </w:r>
            <w:r>
              <w:t>ế</w:t>
            </w:r>
            <w:r>
              <w:t>t)</w:t>
            </w:r>
            <w:r>
              <w:br/>
              <w:t>SV chia nhóm th</w:t>
            </w:r>
            <w:r>
              <w:t>ả</w:t>
            </w:r>
            <w:r>
              <w:t>o lu</w:t>
            </w:r>
            <w:r>
              <w:t>ậ</w:t>
            </w:r>
            <w:r>
              <w:t>n ch</w:t>
            </w:r>
            <w:r>
              <w:t>ọ</w:t>
            </w:r>
            <w:r>
              <w:t>n đ</w:t>
            </w:r>
            <w:r>
              <w:t>ề</w:t>
            </w:r>
            <w:r>
              <w:t xml:space="preserve"> tài, xây d</w:t>
            </w:r>
            <w:r>
              <w:t>ự</w:t>
            </w:r>
            <w:r>
              <w:t>ng khung đ</w:t>
            </w:r>
            <w:r>
              <w:t>ề</w:t>
            </w:r>
            <w:r>
              <w:t xml:space="preserve"> cương và trình bày ý </w:t>
            </w:r>
            <w:r>
              <w:lastRenderedPageBreak/>
              <w:t>tư</w:t>
            </w:r>
            <w:r>
              <w:t>ở</w:t>
            </w:r>
            <w:r>
              <w:t>ng.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t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 xml:space="preserve"> h</w:t>
            </w:r>
            <w:r w:rsidRPr="00F23863">
              <w:rPr>
                <w:b/>
                <w:bCs/>
              </w:rPr>
              <w:t>ọ</w:t>
            </w:r>
            <w:r w:rsidRPr="00F23863">
              <w:rPr>
                <w:b/>
                <w:bCs/>
              </w:rPr>
              <w:t>c:</w:t>
            </w:r>
            <w:r>
              <w:t xml:space="preserve"> (30 ti</w:t>
            </w:r>
            <w:r>
              <w:t>ế</w:t>
            </w:r>
            <w:r>
              <w:t>t)</w:t>
            </w:r>
            <w:r>
              <w:br/>
              <w:t>SV đ</w:t>
            </w:r>
            <w:r>
              <w:t>ọ</w:t>
            </w:r>
            <w:r>
              <w:t>c tài li</w:t>
            </w:r>
            <w:r>
              <w:t>ệ</w:t>
            </w:r>
            <w:r>
              <w:t>u t</w:t>
            </w:r>
            <w:r>
              <w:t>ổ</w:t>
            </w:r>
            <w:r>
              <w:t>ng quan, h</w:t>
            </w:r>
            <w:r>
              <w:t>ọ</w:t>
            </w:r>
            <w:r>
              <w:t>p nhóm xây d</w:t>
            </w:r>
            <w:r>
              <w:t>ự</w:t>
            </w:r>
            <w:r>
              <w:t>ng d</w:t>
            </w:r>
            <w:r>
              <w:t>ự</w:t>
            </w:r>
            <w:r>
              <w:t xml:space="preserve"> th</w:t>
            </w:r>
            <w:r>
              <w:t>ả</w:t>
            </w:r>
            <w:r>
              <w:t>o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nhóm và làm bài t</w:t>
            </w:r>
            <w:r>
              <w:t>ậ</w:t>
            </w:r>
            <w:r>
              <w:t>p chương 2.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830869" w14:textId="77777777" w:rsidR="005D031F" w:rsidRDefault="00E05792" w:rsidP="00354413">
            <w:pPr>
              <w:spacing w:after="0"/>
            </w:pPr>
            <w:r>
              <w:lastRenderedPageBreak/>
              <w:t>Thuy</w:t>
            </w:r>
            <w:r>
              <w:t>ế</w:t>
            </w:r>
            <w:r>
              <w:t>t gi</w:t>
            </w:r>
            <w:r>
              <w:t>ả</w:t>
            </w:r>
            <w:r>
              <w:t>ng, D</w:t>
            </w:r>
            <w:r>
              <w:t>ạ</w:t>
            </w:r>
            <w:r>
              <w:t>y h</w:t>
            </w:r>
            <w:r>
              <w:t>ọ</w:t>
            </w:r>
            <w:r>
              <w:t>c gi</w:t>
            </w:r>
            <w:r>
              <w:t>ả</w:t>
            </w:r>
            <w:r>
              <w:t>i quy</w:t>
            </w:r>
            <w:r>
              <w:t>ế</w:t>
            </w:r>
            <w:r>
              <w:t>t v</w:t>
            </w:r>
            <w:r>
              <w:t>ấ</w:t>
            </w:r>
            <w:r>
              <w:t>n đ</w:t>
            </w:r>
            <w:r>
              <w:t>ề</w:t>
            </w:r>
            <w:r>
              <w:t>, Th</w:t>
            </w:r>
            <w:r>
              <w:t>ả</w:t>
            </w:r>
            <w:r>
              <w:t>o lu</w:t>
            </w:r>
            <w:r>
              <w:t>ậ</w:t>
            </w:r>
            <w:r>
              <w:t>n nhóm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E6748B" w14:textId="77777777" w:rsidR="005D031F" w:rsidRDefault="00E05792" w:rsidP="00354413">
            <w:pPr>
              <w:spacing w:after="0"/>
            </w:pPr>
            <w:r>
              <w:t>Đánh giá thư</w:t>
            </w:r>
            <w:r>
              <w:t>ờ</w:t>
            </w:r>
            <w:r>
              <w:t>ng xuyên (Rubric 2)</w:t>
            </w:r>
          </w:p>
        </w:tc>
        <w:tc>
          <w:tcPr>
            <w:tcW w:w="113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11CE83" w14:textId="77777777" w:rsidR="005D031F" w:rsidRDefault="00E05792" w:rsidP="00354413">
            <w:pPr>
              <w:spacing w:after="0"/>
              <w:jc w:val="center"/>
            </w:pPr>
            <w:r>
              <w:t>CLO1, CLO2, CLO3, CLO5</w:t>
            </w:r>
          </w:p>
        </w:tc>
      </w:tr>
      <w:tr w:rsidR="005D031F" w14:paraId="3E369FA8" w14:textId="77777777" w:rsidTr="00F02786">
        <w:trPr>
          <w:cantSplit/>
          <w:jc w:val="center"/>
        </w:trPr>
        <w:tc>
          <w:tcPr>
            <w:tcW w:w="8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3F180C" w14:textId="77777777" w:rsidR="005D031F" w:rsidRDefault="00E05792" w:rsidP="00354413">
            <w:pPr>
              <w:spacing w:after="0"/>
              <w:jc w:val="center"/>
            </w:pPr>
            <w:r>
              <w:lastRenderedPageBreak/>
              <w:t>6, 7, 8, 9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8A6CE2" w14:textId="77777777" w:rsidR="005D031F" w:rsidRDefault="00E05792" w:rsidP="00354413">
            <w:pPr>
              <w:spacing w:after="0"/>
            </w:pPr>
            <w:r w:rsidRPr="00F23863">
              <w:rPr>
                <w:b/>
                <w:bCs/>
              </w:rPr>
              <w:t>Chương 3: PHƯƠNG PHÁP THU TH</w:t>
            </w:r>
            <w:r w:rsidRPr="00F23863">
              <w:rPr>
                <w:b/>
                <w:bCs/>
              </w:rPr>
              <w:t>Ậ</w:t>
            </w:r>
            <w:r w:rsidRPr="00F23863">
              <w:rPr>
                <w:b/>
                <w:bCs/>
              </w:rPr>
              <w:t>P S</w:t>
            </w:r>
            <w:r w:rsidRPr="00F23863">
              <w:rPr>
                <w:b/>
                <w:bCs/>
              </w:rPr>
              <w:t>Ố</w:t>
            </w:r>
            <w:r w:rsidRPr="00F23863">
              <w:rPr>
                <w:b/>
                <w:bCs/>
              </w:rPr>
              <w:t xml:space="preserve"> LI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>U VÀ THI</w:t>
            </w:r>
            <w:r w:rsidRPr="00F23863">
              <w:rPr>
                <w:b/>
                <w:bCs/>
              </w:rPr>
              <w:t>Ế</w:t>
            </w:r>
            <w:r w:rsidRPr="00F23863">
              <w:rPr>
                <w:b/>
                <w:bCs/>
              </w:rPr>
              <w:t>T K</w:t>
            </w:r>
            <w:r w:rsidRPr="00F23863">
              <w:rPr>
                <w:b/>
                <w:bCs/>
              </w:rPr>
              <w:t>Ế</w:t>
            </w:r>
            <w:r w:rsidRPr="00F23863">
              <w:rPr>
                <w:b/>
                <w:bCs/>
              </w:rPr>
              <w:t xml:space="preserve"> CÔNG C</w:t>
            </w:r>
            <w:r w:rsidRPr="00F23863">
              <w:rPr>
                <w:b/>
                <w:bCs/>
              </w:rPr>
              <w:t>Ụ</w:t>
            </w:r>
            <w:r w:rsidRPr="00F23863">
              <w:rPr>
                <w:b/>
                <w:bCs/>
              </w:rPr>
              <w:t xml:space="preserve"> NGHIÊN C</w:t>
            </w:r>
            <w:r w:rsidRPr="00F23863">
              <w:rPr>
                <w:b/>
                <w:bCs/>
              </w:rPr>
              <w:t>Ứ</w:t>
            </w:r>
            <w:r w:rsidRPr="00F23863">
              <w:rPr>
                <w:b/>
                <w:bCs/>
              </w:rPr>
              <w:t>U</w:t>
            </w:r>
            <w:r w:rsidRPr="00F23863">
              <w:rPr>
                <w:b/>
                <w:bCs/>
              </w:rPr>
              <w:br/>
            </w:r>
            <w:r>
              <w:br/>
            </w:r>
            <w:r>
              <w:t>CĐR bài h</w:t>
            </w:r>
            <w:r>
              <w:t>ọ</w:t>
            </w:r>
            <w:r>
              <w:t>c (LLO) c</w:t>
            </w:r>
            <w:r>
              <w:t>ủ</w:t>
            </w:r>
            <w:r>
              <w:t>a chương 3:</w:t>
            </w:r>
            <w:r>
              <w:br/>
              <w:t>LLO 3.1: Phân lo</w:t>
            </w:r>
            <w:r>
              <w:t>ạ</w:t>
            </w:r>
            <w:r>
              <w:t>i đư</w:t>
            </w:r>
            <w:r>
              <w:t>ợ</w:t>
            </w:r>
            <w:r>
              <w:t>c các lo</w:t>
            </w:r>
            <w:r>
              <w:t>ạ</w:t>
            </w:r>
            <w:r>
              <w:t>i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và l</w:t>
            </w:r>
            <w:r>
              <w:t>ự</w:t>
            </w:r>
            <w:r>
              <w:t>a ch</w:t>
            </w:r>
            <w:r>
              <w:t>ọ</w:t>
            </w:r>
            <w:r>
              <w:t>n phương pháp thu th</w:t>
            </w:r>
            <w:r>
              <w:t>ậ</w:t>
            </w:r>
            <w:r>
              <w:t>p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phù h</w:t>
            </w:r>
            <w:r>
              <w:t>ợ</w:t>
            </w:r>
            <w:r>
              <w:t>p. (Đóng góp CI 1.1)</w:t>
            </w:r>
            <w:r>
              <w:br/>
              <w:t>LLO 3.2: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đư</w:t>
            </w:r>
            <w:r>
              <w:t>ợ</w:t>
            </w:r>
            <w:r>
              <w:t>c b</w:t>
            </w:r>
            <w:r>
              <w:t>ộ</w:t>
            </w:r>
            <w:r>
              <w:t xml:space="preserve"> 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(b</w:t>
            </w:r>
            <w:r>
              <w:t>ả</w:t>
            </w:r>
            <w:r>
              <w:t>ng h</w:t>
            </w:r>
            <w:r>
              <w:t>ỏ</w:t>
            </w:r>
            <w:r>
              <w:t>i ph</w:t>
            </w:r>
            <w:r>
              <w:t>ỏ</w:t>
            </w:r>
            <w:r>
              <w:t>ng v</w:t>
            </w:r>
            <w:r>
              <w:t>ấ</w:t>
            </w:r>
            <w:r>
              <w:t>n, phi</w:t>
            </w:r>
            <w:r>
              <w:t>ế</w:t>
            </w:r>
            <w:r>
              <w:t>u kh</w:t>
            </w:r>
            <w:r>
              <w:t>ả</w:t>
            </w:r>
            <w:r>
              <w:t>o sát, b</w:t>
            </w:r>
            <w:r>
              <w:t>ả</w:t>
            </w:r>
            <w:r>
              <w:t>ng quan sát) b</w:t>
            </w:r>
            <w:r>
              <w:t>ả</w:t>
            </w:r>
            <w:r>
              <w:t>o đ</w:t>
            </w:r>
            <w:r>
              <w:t>ả</w:t>
            </w:r>
            <w:r>
              <w:t>m đ</w:t>
            </w:r>
            <w:r>
              <w:t>ộ</w:t>
            </w:r>
            <w:r>
              <w:t xml:space="preserve"> tin c</w:t>
            </w:r>
            <w:r>
              <w:t>ậ</w:t>
            </w:r>
            <w:r>
              <w:t>y. (Đóng góp CI 4.1)</w:t>
            </w:r>
            <w:r>
              <w:br/>
              <w:t>LLO 3.3: Nh</w:t>
            </w:r>
            <w:r>
              <w:t>ậ</w:t>
            </w:r>
            <w:r>
              <w:t>n di</w:t>
            </w:r>
            <w:r>
              <w:t>ệ</w:t>
            </w:r>
            <w:r>
              <w:t>n các lo</w:t>
            </w:r>
            <w:r>
              <w:t>ạ</w:t>
            </w:r>
            <w:r>
              <w:t>i sai s</w:t>
            </w:r>
            <w:r>
              <w:t>ố</w:t>
            </w:r>
            <w:r>
              <w:t xml:space="preserve"> trong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và đ</w:t>
            </w:r>
            <w:r>
              <w:t>ề</w:t>
            </w:r>
            <w:r>
              <w:t xml:space="preserve"> xu</w:t>
            </w:r>
            <w:r>
              <w:t>ấ</w:t>
            </w:r>
            <w:r>
              <w:t>t bi</w:t>
            </w:r>
            <w:r>
              <w:t>ệ</w:t>
            </w:r>
            <w:r>
              <w:t>n pháp kh</w:t>
            </w:r>
            <w:r>
              <w:t>ắ</w:t>
            </w:r>
            <w:r>
              <w:t>c ph</w:t>
            </w:r>
            <w:r>
              <w:t>ụ</w:t>
            </w:r>
            <w:r>
              <w:t>c. (Đóng góp CI 4.1)</w:t>
            </w:r>
            <w:r>
              <w:br/>
              <w:t>LLO 3.4: Th</w:t>
            </w:r>
            <w:r>
              <w:t>ả</w:t>
            </w:r>
            <w:r>
              <w:t>o lu</w:t>
            </w:r>
            <w:r>
              <w:t>ậ</w:t>
            </w:r>
            <w:r>
              <w:t>n nhóm và ph</w:t>
            </w:r>
            <w:r>
              <w:t>ả</w:t>
            </w:r>
            <w:r>
              <w:t>n bi</w:t>
            </w:r>
            <w:r>
              <w:t>ệ</w:t>
            </w:r>
            <w:r>
              <w:t>n v</w:t>
            </w:r>
            <w:r>
              <w:t>ề</w:t>
            </w:r>
            <w:r>
              <w:t xml:space="preserve"> tính kh</w:t>
            </w:r>
            <w:r>
              <w:t>ả</w:t>
            </w:r>
            <w:r>
              <w:t xml:space="preserve"> thi c</w:t>
            </w:r>
            <w:r>
              <w:t>ủ</w:t>
            </w:r>
            <w:r>
              <w:t>a 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u. (Đóng góp CI 3.1, CI 3.2)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gi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ng d</w:t>
            </w:r>
            <w:r w:rsidRPr="00F23863">
              <w:rPr>
                <w:b/>
                <w:bCs/>
              </w:rPr>
              <w:t>ạ</w:t>
            </w:r>
            <w:r w:rsidRPr="00F23863">
              <w:rPr>
                <w:b/>
                <w:bCs/>
              </w:rPr>
              <w:t>y lý thuy</w:t>
            </w:r>
            <w:r w:rsidRPr="00F23863">
              <w:rPr>
                <w:b/>
                <w:bCs/>
              </w:rPr>
              <w:t>ế</w:t>
            </w:r>
            <w:r w:rsidRPr="00F23863">
              <w:rPr>
                <w:b/>
                <w:bCs/>
              </w:rPr>
              <w:t>t:</w:t>
            </w:r>
            <w:r>
              <w:t xml:space="preserve"> (8 ti</w:t>
            </w:r>
            <w:r>
              <w:t>ế</w:t>
            </w:r>
            <w:r>
              <w:t>t)</w:t>
            </w:r>
            <w:r>
              <w:br/>
              <w:t>3.1 Phân lo</w:t>
            </w:r>
            <w:r>
              <w:t>ạ</w:t>
            </w:r>
            <w:r>
              <w:t>i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sơ c</w:t>
            </w:r>
            <w:r>
              <w:t>ấ</w:t>
            </w:r>
            <w:r>
              <w:t>p và th</w:t>
            </w:r>
            <w:r>
              <w:t>ứ</w:t>
            </w:r>
            <w:r>
              <w:t xml:space="preserve"> c</w:t>
            </w:r>
            <w:r>
              <w:t>ấ</w:t>
            </w:r>
            <w:r>
              <w:t>p</w:t>
            </w:r>
            <w:r>
              <w:br/>
              <w:t>3.2 Các phương pháp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sơ c</w:t>
            </w:r>
            <w:r>
              <w:t>ấ</w:t>
            </w:r>
            <w:r>
              <w:t>p (quan sát, ph</w:t>
            </w:r>
            <w:r>
              <w:t>ỏ</w:t>
            </w:r>
            <w:r>
              <w:t>ng v</w:t>
            </w:r>
            <w:r>
              <w:t>ấ</w:t>
            </w:r>
            <w:r>
              <w:t>n, kh</w:t>
            </w:r>
            <w:r>
              <w:t>ả</w:t>
            </w:r>
            <w:r>
              <w:t>o sát)</w:t>
            </w:r>
            <w:r>
              <w:br/>
              <w:t>3.3 K</w:t>
            </w:r>
            <w:r>
              <w:t>ỹ</w:t>
            </w:r>
            <w:r>
              <w:t xml:space="preserve"> thu</w:t>
            </w:r>
            <w:r>
              <w:t>ậ</w:t>
            </w:r>
            <w:r>
              <w:t>t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b</w:t>
            </w:r>
            <w:r>
              <w:t>ả</w:t>
            </w:r>
            <w:r>
              <w:t>ng h</w:t>
            </w:r>
            <w:r>
              <w:t>ỏ</w:t>
            </w:r>
            <w:r>
              <w:t>i và xây d</w:t>
            </w:r>
            <w:r>
              <w:t>ự</w:t>
            </w:r>
            <w:r>
              <w:t>ng công c</w:t>
            </w:r>
            <w:r>
              <w:t>ụ</w:t>
            </w:r>
            <w:r>
              <w:t xml:space="preserve"> đo lư</w:t>
            </w:r>
            <w:r>
              <w:t>ờ</w:t>
            </w:r>
            <w:r>
              <w:t>ng</w:t>
            </w:r>
            <w:r>
              <w:br/>
              <w:t>3.4 Ch</w:t>
            </w:r>
            <w:r>
              <w:t>ọ</w:t>
            </w:r>
            <w:r>
              <w:t>n m</w:t>
            </w:r>
            <w:r>
              <w:t>ẫ</w:t>
            </w:r>
            <w:r>
              <w:t>u và sai s</w:t>
            </w:r>
            <w:r>
              <w:t>ố</w:t>
            </w:r>
            <w:r>
              <w:t xml:space="preserve"> trong thu th</w:t>
            </w:r>
            <w:r>
              <w:t>ậ</w:t>
            </w:r>
            <w:r>
              <w:t>p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gi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ng d</w:t>
            </w:r>
            <w:r w:rsidRPr="00F23863">
              <w:rPr>
                <w:b/>
                <w:bCs/>
              </w:rPr>
              <w:t>ạ</w:t>
            </w:r>
            <w:r w:rsidRPr="00F23863">
              <w:rPr>
                <w:b/>
                <w:bCs/>
              </w:rPr>
              <w:t>y th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>c hành/th</w:t>
            </w:r>
            <w:r w:rsidRPr="00F23863">
              <w:rPr>
                <w:b/>
                <w:bCs/>
              </w:rPr>
              <w:t>ự</w:t>
            </w:r>
            <w:r w:rsidRPr="00F23863">
              <w:rPr>
                <w:b/>
                <w:bCs/>
              </w:rPr>
              <w:t>c nghi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>m:</w:t>
            </w:r>
            <w:r>
              <w:t xml:space="preserve"> (0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F23863">
              <w:rPr>
                <w:b/>
                <w:bCs/>
              </w:rPr>
              <w:t>N</w:t>
            </w:r>
            <w:r w:rsidRPr="00F23863">
              <w:rPr>
                <w:b/>
                <w:bCs/>
              </w:rPr>
              <w:t>ộ</w:t>
            </w:r>
            <w:r w:rsidRPr="00F23863">
              <w:rPr>
                <w:b/>
                <w:bCs/>
              </w:rPr>
              <w:t>i dung seminar/th</w:t>
            </w:r>
            <w:r w:rsidRPr="00F23863">
              <w:rPr>
                <w:b/>
                <w:bCs/>
              </w:rPr>
              <w:t>ả</w:t>
            </w:r>
            <w:r w:rsidRPr="00F23863">
              <w:rPr>
                <w:b/>
                <w:bCs/>
              </w:rPr>
              <w:t>o lu</w:t>
            </w:r>
            <w:r w:rsidRPr="00F23863">
              <w:rPr>
                <w:b/>
                <w:bCs/>
              </w:rPr>
              <w:t>ậ</w:t>
            </w:r>
            <w:r w:rsidRPr="00F23863">
              <w:rPr>
                <w:b/>
                <w:bCs/>
              </w:rPr>
              <w:t>n/Project/s</w:t>
            </w:r>
            <w:r w:rsidRPr="00F23863">
              <w:rPr>
                <w:b/>
                <w:bCs/>
              </w:rPr>
              <w:t>ử</w:t>
            </w:r>
            <w:r w:rsidRPr="00F23863">
              <w:rPr>
                <w:b/>
                <w:bCs/>
              </w:rPr>
              <w:t xml:space="preserve"> d</w:t>
            </w:r>
            <w:r w:rsidRPr="00F23863">
              <w:rPr>
                <w:b/>
                <w:bCs/>
              </w:rPr>
              <w:t>ụ</w:t>
            </w:r>
            <w:r w:rsidRPr="00F23863">
              <w:rPr>
                <w:b/>
                <w:bCs/>
              </w:rPr>
              <w:t>ng h</w:t>
            </w:r>
            <w:r w:rsidRPr="00F23863">
              <w:rPr>
                <w:b/>
                <w:bCs/>
              </w:rPr>
              <w:t>ệ</w:t>
            </w:r>
            <w:r w:rsidRPr="00F23863">
              <w:rPr>
                <w:b/>
                <w:bCs/>
              </w:rPr>
              <w:t xml:space="preserve"> th</w:t>
            </w:r>
            <w:r w:rsidRPr="00F23863">
              <w:rPr>
                <w:b/>
                <w:bCs/>
              </w:rPr>
              <w:t>ố</w:t>
            </w:r>
            <w:r w:rsidRPr="00F23863">
              <w:rPr>
                <w:b/>
                <w:bCs/>
              </w:rPr>
              <w:t>ng VNUA-LMS:</w:t>
            </w:r>
            <w:r>
              <w:t xml:space="preserve"> (2 ti</w:t>
            </w:r>
            <w:r>
              <w:t>ế</w:t>
            </w:r>
            <w:r>
              <w:t>t)</w:t>
            </w:r>
            <w:r>
              <w:br/>
              <w:t>Th</w:t>
            </w:r>
            <w:r>
              <w:t>ả</w:t>
            </w:r>
            <w:r>
              <w:t>o lu</w:t>
            </w:r>
            <w:r>
              <w:t>ậ</w:t>
            </w:r>
            <w:r>
              <w:t>n nhóm thi</w:t>
            </w:r>
            <w:r>
              <w:t>ế</w:t>
            </w:r>
            <w:r>
              <w:t>t k</w:t>
            </w:r>
            <w:r>
              <w:t>ế</w:t>
            </w:r>
            <w:r>
              <w:t xml:space="preserve"> b</w:t>
            </w:r>
            <w:r>
              <w:t>ả</w:t>
            </w:r>
            <w:r>
              <w:t>ng h</w:t>
            </w:r>
            <w:r>
              <w:t>ỏ</w:t>
            </w:r>
            <w:r>
              <w:t>i kh</w:t>
            </w:r>
            <w:r>
              <w:t>ả</w:t>
            </w:r>
            <w:r>
              <w:t>o sát ph</w:t>
            </w:r>
            <w:r>
              <w:t>ụ</w:t>
            </w:r>
            <w:r>
              <w:t>c v</w:t>
            </w:r>
            <w:r>
              <w:t>ụ</w:t>
            </w:r>
            <w:r>
              <w:t xml:space="preserve"> đ</w:t>
            </w:r>
            <w:r>
              <w:t>ề</w:t>
            </w:r>
            <w:r>
              <w:t xml:space="preserve"> tài nghiên c</w:t>
            </w:r>
            <w:r>
              <w:t>ứ</w:t>
            </w:r>
            <w:r>
              <w:t>u c</w:t>
            </w:r>
            <w:r>
              <w:t>ủ</w:t>
            </w:r>
            <w:r>
              <w:t>a nhóm.</w:t>
            </w:r>
            <w:r>
              <w:br/>
            </w:r>
            <w:r>
              <w:br/>
              <w:t>N</w:t>
            </w:r>
            <w:r>
              <w:t>ộ</w:t>
            </w:r>
            <w:r>
              <w:t>i dung t</w:t>
            </w:r>
            <w:r>
              <w:t>ự</w:t>
            </w:r>
            <w:r>
              <w:t xml:space="preserve"> h</w:t>
            </w:r>
            <w:r>
              <w:t>ọ</w:t>
            </w:r>
            <w:r>
              <w:t>c: (30 ti</w:t>
            </w:r>
            <w:r>
              <w:t>ế</w:t>
            </w:r>
            <w:r>
              <w:t>t)</w:t>
            </w:r>
            <w:r>
              <w:br/>
              <w:t>SV hoàn thi</w:t>
            </w:r>
            <w:r>
              <w:t>ệ</w:t>
            </w:r>
            <w:r>
              <w:t>n b</w:t>
            </w:r>
            <w:r>
              <w:t>ả</w:t>
            </w:r>
            <w:r>
              <w:t>ng h</w:t>
            </w:r>
            <w:r>
              <w:t>ỏ</w:t>
            </w:r>
            <w:r>
              <w:t>i kh</w:t>
            </w:r>
            <w:r>
              <w:t>ả</w:t>
            </w:r>
            <w:r>
              <w:t>o sát, th</w:t>
            </w:r>
            <w:r>
              <w:t>ử</w:t>
            </w:r>
            <w:r>
              <w:t xml:space="preserve"> nghi</w:t>
            </w:r>
            <w:r>
              <w:t>ệ</w:t>
            </w:r>
            <w:r>
              <w:t>m và đi</w:t>
            </w:r>
            <w:r>
              <w:t>ề</w:t>
            </w:r>
            <w:r>
              <w:t>u ch</w:t>
            </w:r>
            <w:r>
              <w:t>ỉ</w:t>
            </w:r>
            <w:r>
              <w:t>nh công c</w:t>
            </w:r>
            <w:r>
              <w:t>ụ</w:t>
            </w:r>
            <w:r>
              <w:t xml:space="preserve"> thu th</w:t>
            </w:r>
            <w:r>
              <w:t>ậ</w:t>
            </w:r>
            <w:r>
              <w:t>p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u.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8002D9" w14:textId="77777777" w:rsidR="005D031F" w:rsidRDefault="00E05792" w:rsidP="00354413">
            <w:pPr>
              <w:spacing w:after="0"/>
            </w:pPr>
            <w:r>
              <w:t>Thuy</w:t>
            </w:r>
            <w:r>
              <w:t>ế</w:t>
            </w:r>
            <w:r>
              <w:t>t gi</w:t>
            </w:r>
            <w:r>
              <w:t>ả</w:t>
            </w:r>
            <w:r>
              <w:t>ng, Nghiên c</w:t>
            </w:r>
            <w:r>
              <w:t>ứ</w:t>
            </w:r>
            <w:r>
              <w:t>u tình hu</w:t>
            </w:r>
            <w:r>
              <w:t>ố</w:t>
            </w:r>
            <w:r>
              <w:t>ng, Th</w:t>
            </w:r>
            <w:r>
              <w:t>ả</w:t>
            </w:r>
            <w:r>
              <w:t>o lu</w:t>
            </w:r>
            <w:r>
              <w:t>ậ</w:t>
            </w:r>
            <w:r>
              <w:t>n nhóm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4FA3C7D" w14:textId="77777777" w:rsidR="005D031F" w:rsidRDefault="00E05792" w:rsidP="00354413">
            <w:pPr>
              <w:spacing w:after="0"/>
            </w:pPr>
            <w:r>
              <w:t>Đánh giá thư</w:t>
            </w:r>
            <w:r>
              <w:t>ờ</w:t>
            </w:r>
            <w:r>
              <w:t>ng xuyên (Rubric 2)</w:t>
            </w:r>
          </w:p>
        </w:tc>
        <w:tc>
          <w:tcPr>
            <w:tcW w:w="113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EF5256" w14:textId="77777777" w:rsidR="005D031F" w:rsidRDefault="00E05792" w:rsidP="00354413">
            <w:pPr>
              <w:spacing w:after="0"/>
              <w:jc w:val="center"/>
            </w:pPr>
            <w:r>
              <w:t>CLO1, CLO3, CLO4</w:t>
            </w:r>
          </w:p>
        </w:tc>
      </w:tr>
      <w:tr w:rsidR="005D031F" w14:paraId="601328C1" w14:textId="77777777" w:rsidTr="00F02786">
        <w:trPr>
          <w:cantSplit/>
          <w:jc w:val="center"/>
        </w:trPr>
        <w:tc>
          <w:tcPr>
            <w:tcW w:w="8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97D7F5" w14:textId="77777777" w:rsidR="005D031F" w:rsidRDefault="00E05792" w:rsidP="00354413">
            <w:pPr>
              <w:spacing w:after="0"/>
              <w:jc w:val="center"/>
            </w:pPr>
            <w:r>
              <w:lastRenderedPageBreak/>
              <w:t>10, 11, 12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44A95E" w14:textId="2405AF64" w:rsidR="005D031F" w:rsidRDefault="00E05792" w:rsidP="00354413">
            <w:pPr>
              <w:spacing w:after="0"/>
            </w:pPr>
            <w:r w:rsidRPr="00CE3C9B">
              <w:rPr>
                <w:b/>
                <w:bCs/>
              </w:rPr>
              <w:t>Chương 4: PHƯƠNG PHÁP X</w:t>
            </w:r>
            <w:r w:rsidRPr="00CE3C9B">
              <w:rPr>
                <w:b/>
                <w:bCs/>
              </w:rPr>
              <w:t>Ử</w:t>
            </w:r>
            <w:r w:rsidRPr="00CE3C9B">
              <w:rPr>
                <w:b/>
                <w:bCs/>
              </w:rPr>
              <w:t xml:space="preserve"> LÝ VÀ PHÂN TÍCH D</w:t>
            </w:r>
            <w:r w:rsidRPr="00CE3C9B">
              <w:rPr>
                <w:b/>
                <w:bCs/>
              </w:rPr>
              <w:t>Ữ</w:t>
            </w:r>
            <w:r w:rsidRPr="00CE3C9B">
              <w:rPr>
                <w:b/>
                <w:bCs/>
              </w:rPr>
              <w:t xml:space="preserve"> LI</w:t>
            </w:r>
            <w:r w:rsidRPr="00CE3C9B">
              <w:rPr>
                <w:b/>
                <w:bCs/>
              </w:rPr>
              <w:t>Ệ</w:t>
            </w:r>
            <w:r w:rsidRPr="00CE3C9B">
              <w:rPr>
                <w:b/>
                <w:bCs/>
              </w:rPr>
              <w:t>U NGHIÊN C</w:t>
            </w:r>
            <w:r w:rsidRPr="00CE3C9B">
              <w:rPr>
                <w:b/>
                <w:bCs/>
              </w:rPr>
              <w:t>Ứ</w:t>
            </w:r>
            <w:r w:rsidRPr="00CE3C9B">
              <w:rPr>
                <w:b/>
                <w:bCs/>
              </w:rPr>
              <w:t>U</w:t>
            </w:r>
            <w:r w:rsidRPr="00CE3C9B">
              <w:rPr>
                <w:b/>
                <w:bCs/>
              </w:rPr>
              <w:br/>
            </w:r>
            <w:r>
              <w:br/>
              <w:t>CĐR bài h</w:t>
            </w:r>
            <w:r>
              <w:t>ọ</w:t>
            </w:r>
            <w:r>
              <w:t>c (LLO) c</w:t>
            </w:r>
            <w:r>
              <w:t>ủ</w:t>
            </w:r>
            <w:r>
              <w:t>a chương 4:</w:t>
            </w:r>
            <w:r>
              <w:br/>
              <w:t>LLO 4.1: Nh</w:t>
            </w:r>
            <w:r>
              <w:t>ậ</w:t>
            </w:r>
            <w:r>
              <w:t>p, làm s</w:t>
            </w:r>
            <w:r>
              <w:t>ạ</w:t>
            </w:r>
            <w:r>
              <w:t>ch, mã hóa và phân t</w:t>
            </w:r>
            <w:r>
              <w:t>ổ</w:t>
            </w:r>
            <w:r>
              <w:t xml:space="preserve">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nghiên c</w:t>
            </w:r>
            <w:r>
              <w:t>ứ</w:t>
            </w:r>
            <w:r>
              <w:t>u. (Đóng góp CI 4.2)</w:t>
            </w:r>
            <w:r>
              <w:br/>
              <w:t>LLO 4.2: S</w:t>
            </w:r>
            <w:r>
              <w:t>ử</w:t>
            </w:r>
            <w:r>
              <w:t xml:space="preserve"> d</w:t>
            </w:r>
            <w:r>
              <w:t>ụ</w:t>
            </w:r>
            <w:r>
              <w:t>ng công c</w:t>
            </w:r>
            <w:r>
              <w:t>ụ</w:t>
            </w:r>
            <w:r>
              <w:t>/ph</w:t>
            </w:r>
            <w:r>
              <w:t>ầ</w:t>
            </w:r>
            <w:r>
              <w:t>n m</w:t>
            </w:r>
            <w:r>
              <w:t>ề</w:t>
            </w:r>
            <w:r>
              <w:t>m (Excel, SPSS) đ</w:t>
            </w:r>
            <w:r>
              <w:t>ể</w:t>
            </w:r>
            <w:r>
              <w:t xml:space="preserve"> phân tích th</w:t>
            </w:r>
            <w:r>
              <w:t>ố</w:t>
            </w:r>
            <w:r>
              <w:t>ng kê mô t</w:t>
            </w:r>
            <w:r>
              <w:t>ả</w:t>
            </w:r>
            <w:r>
              <w:t>, so sánh và ki</w:t>
            </w:r>
            <w:r>
              <w:t>ể</w:t>
            </w:r>
            <w:r>
              <w:t>m đ</w:t>
            </w:r>
            <w:r>
              <w:t>ị</w:t>
            </w:r>
            <w:r>
              <w:t>nh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t. (Đóng góp CI 4.2)</w:t>
            </w:r>
            <w:r>
              <w:br/>
              <w:t>LLO 4.3: V</w:t>
            </w:r>
            <w:r>
              <w:t>ậ</w:t>
            </w:r>
            <w:r>
              <w:t>n d</w:t>
            </w:r>
            <w:r>
              <w:t>ụ</w:t>
            </w:r>
            <w:r>
              <w:t>ng tư duy ph</w:t>
            </w:r>
            <w:r>
              <w:t>ả</w:t>
            </w:r>
            <w:r>
              <w:t>n bi</w:t>
            </w:r>
            <w:r>
              <w:t>ệ</w:t>
            </w:r>
            <w:r>
              <w:t>n đ</w:t>
            </w:r>
            <w:r>
              <w:t>ể</w:t>
            </w:r>
            <w:r>
              <w:t xml:space="preserve"> gi</w:t>
            </w:r>
            <w:r>
              <w:t>ả</w:t>
            </w:r>
            <w:r>
              <w:t>i thích và trình bày k</w:t>
            </w:r>
            <w:r>
              <w:t>ế</w:t>
            </w:r>
            <w:r>
              <w:t>t qu</w:t>
            </w:r>
            <w:r>
              <w:t>ả</w:t>
            </w:r>
            <w:r>
              <w:t xml:space="preserve">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 dư</w:t>
            </w:r>
            <w:r>
              <w:t>ớ</w:t>
            </w:r>
            <w:r>
              <w:t>i d</w:t>
            </w:r>
            <w:r>
              <w:t>ạ</w:t>
            </w:r>
            <w:r>
              <w:t>ng b</w:t>
            </w:r>
            <w:r>
              <w:t>ả</w:t>
            </w:r>
            <w:r>
              <w:t>ng, bi</w:t>
            </w:r>
            <w:r>
              <w:t>ể</w:t>
            </w:r>
            <w:r>
              <w:t>u đ</w:t>
            </w:r>
            <w:r>
              <w:t>ồ</w:t>
            </w:r>
            <w:r>
              <w:t>. (Đóng góp CI 3.1)</w:t>
            </w:r>
            <w:r>
              <w:br/>
            </w:r>
            <w:r>
              <w:br/>
            </w:r>
            <w:r w:rsidRPr="00CE3C9B">
              <w:rPr>
                <w:b/>
                <w:bCs/>
              </w:rPr>
              <w:t>N</w:t>
            </w:r>
            <w:r w:rsidRPr="00CE3C9B">
              <w:rPr>
                <w:b/>
                <w:bCs/>
              </w:rPr>
              <w:t>ộ</w:t>
            </w:r>
            <w:r w:rsidRPr="00CE3C9B">
              <w:rPr>
                <w:b/>
                <w:bCs/>
              </w:rPr>
              <w:t>i dung gi</w:t>
            </w:r>
            <w:r w:rsidRPr="00CE3C9B">
              <w:rPr>
                <w:b/>
                <w:bCs/>
              </w:rPr>
              <w:t>ả</w:t>
            </w:r>
            <w:r w:rsidRPr="00CE3C9B">
              <w:rPr>
                <w:b/>
                <w:bCs/>
              </w:rPr>
              <w:t>ng d</w:t>
            </w:r>
            <w:r w:rsidRPr="00CE3C9B">
              <w:rPr>
                <w:b/>
                <w:bCs/>
              </w:rPr>
              <w:t>ạ</w:t>
            </w:r>
            <w:r w:rsidRPr="00CE3C9B">
              <w:rPr>
                <w:b/>
                <w:bCs/>
              </w:rPr>
              <w:t>y lý thuy</w:t>
            </w:r>
            <w:r w:rsidRPr="00CE3C9B">
              <w:rPr>
                <w:b/>
                <w:bCs/>
              </w:rPr>
              <w:t>ế</w:t>
            </w:r>
            <w:r w:rsidRPr="00CE3C9B">
              <w:rPr>
                <w:b/>
                <w:bCs/>
              </w:rPr>
              <w:t>t:</w:t>
            </w:r>
            <w:r>
              <w:t xml:space="preserve"> (6 ti</w:t>
            </w:r>
            <w:r>
              <w:t>ế</w:t>
            </w:r>
            <w:r>
              <w:t>t)</w:t>
            </w:r>
            <w:r>
              <w:br/>
              <w:t>4.1 Nh</w:t>
            </w:r>
            <w:r>
              <w:t>ậ</w:t>
            </w:r>
            <w:r>
              <w:t>p và làm s</w:t>
            </w:r>
            <w:r>
              <w:t>ạ</w:t>
            </w:r>
            <w:r>
              <w:t>ch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trên máy tính</w:t>
            </w:r>
            <w:r>
              <w:br/>
              <w:t>4.2 Phương pháp phân tích th</w:t>
            </w:r>
            <w:r>
              <w:t>ố</w:t>
            </w:r>
            <w:r>
              <w:t>ng kê mô t</w:t>
            </w:r>
            <w:r>
              <w:t>ả</w:t>
            </w:r>
            <w:r>
              <w:t xml:space="preserve"> và so sánh</w:t>
            </w:r>
            <w:r>
              <w:br/>
              <w:t>4.3 Gi</w:t>
            </w:r>
            <w:r>
              <w:t>ớ</w:t>
            </w:r>
            <w:r>
              <w:t>i thi</w:t>
            </w:r>
            <w:r>
              <w:t>ệ</w:t>
            </w:r>
            <w:r>
              <w:t>u phân tích ki</w:t>
            </w:r>
            <w:r>
              <w:t>ể</w:t>
            </w:r>
            <w:r>
              <w:t>m đ</w:t>
            </w:r>
            <w:r>
              <w:t>ị</w:t>
            </w:r>
            <w:r>
              <w:t>nh gi</w:t>
            </w:r>
            <w:r>
              <w:t>ả</w:t>
            </w:r>
            <w:r>
              <w:t xml:space="preserve"> thuy</w:t>
            </w:r>
            <w:r>
              <w:t>ế</w:t>
            </w:r>
            <w:r>
              <w:t>t và m</w:t>
            </w:r>
            <w:r>
              <w:t>ố</w:t>
            </w:r>
            <w:r>
              <w:t>i liên h</w:t>
            </w:r>
            <w:r>
              <w:t>ệ</w:t>
            </w:r>
            <w:r>
              <w:t xml:space="preserve">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</w:t>
            </w:r>
            <w:r>
              <w:br/>
              <w:t>4.4 Trình bày k</w:t>
            </w:r>
            <w:r>
              <w:t>ế</w:t>
            </w:r>
            <w:r>
              <w:t>t qu</w:t>
            </w:r>
            <w:r>
              <w:t>ả</w:t>
            </w:r>
            <w:r>
              <w:t xml:space="preserve"> phân tích s</w:t>
            </w:r>
            <w:r>
              <w:t>ố</w:t>
            </w:r>
            <w:r>
              <w:t xml:space="preserve"> li</w:t>
            </w:r>
            <w:r>
              <w:t>ệ</w:t>
            </w:r>
            <w:r>
              <w:t>u</w:t>
            </w:r>
            <w:r>
              <w:br/>
            </w:r>
            <w:r>
              <w:br/>
              <w:t>N</w:t>
            </w:r>
            <w:r>
              <w:t>ộ</w:t>
            </w:r>
            <w:r>
              <w:t>i dung gi</w:t>
            </w:r>
            <w:r>
              <w:t>ả</w:t>
            </w:r>
            <w:r>
              <w:t>ng d</w:t>
            </w:r>
            <w:r>
              <w:t>ạ</w:t>
            </w:r>
            <w:r>
              <w:t>y th</w:t>
            </w:r>
            <w:r>
              <w:t>ự</w:t>
            </w:r>
            <w:r>
              <w:t>c hành/th</w:t>
            </w:r>
            <w:r>
              <w:t>ự</w:t>
            </w:r>
            <w:r>
              <w:t>c nghi</w:t>
            </w:r>
            <w:r>
              <w:t>ệ</w:t>
            </w:r>
            <w:r>
              <w:t>m: (</w:t>
            </w:r>
            <w:r w:rsidR="008C203B">
              <w:t>0</w:t>
            </w:r>
            <w:r>
              <w:t xml:space="preserve">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seminar/th</w:t>
            </w:r>
            <w:r w:rsidRPr="008C203B">
              <w:rPr>
                <w:b/>
                <w:bCs/>
              </w:rPr>
              <w:t>ả</w:t>
            </w:r>
            <w:r w:rsidRPr="008C203B">
              <w:rPr>
                <w:b/>
                <w:bCs/>
              </w:rPr>
              <w:t>o lu</w:t>
            </w:r>
            <w:r w:rsidRPr="008C203B">
              <w:rPr>
                <w:b/>
                <w:bCs/>
              </w:rPr>
              <w:t>ậ</w:t>
            </w:r>
            <w:r w:rsidRPr="008C203B">
              <w:rPr>
                <w:b/>
                <w:bCs/>
              </w:rPr>
              <w:t>n/Project/s</w:t>
            </w:r>
            <w:r w:rsidRPr="008C203B">
              <w:rPr>
                <w:b/>
                <w:bCs/>
              </w:rPr>
              <w:t>ử</w:t>
            </w:r>
            <w:r w:rsidRPr="008C203B">
              <w:rPr>
                <w:b/>
                <w:bCs/>
              </w:rPr>
              <w:t xml:space="preserve"> d</w:t>
            </w:r>
            <w:r w:rsidRPr="008C203B">
              <w:rPr>
                <w:b/>
                <w:bCs/>
              </w:rPr>
              <w:t>ụ</w:t>
            </w:r>
            <w:r w:rsidRPr="008C203B">
              <w:rPr>
                <w:b/>
                <w:bCs/>
              </w:rPr>
              <w:t>ng h</w:t>
            </w:r>
            <w:r w:rsidRPr="008C203B">
              <w:rPr>
                <w:b/>
                <w:bCs/>
              </w:rPr>
              <w:t>ệ</w:t>
            </w:r>
            <w:r w:rsidRPr="008C203B">
              <w:rPr>
                <w:b/>
                <w:bCs/>
              </w:rPr>
              <w:t xml:space="preserve"> th</w:t>
            </w:r>
            <w:r w:rsidRPr="008C203B">
              <w:rPr>
                <w:b/>
                <w:bCs/>
              </w:rPr>
              <w:t>ố</w:t>
            </w:r>
            <w:r w:rsidRPr="008C203B">
              <w:rPr>
                <w:b/>
                <w:bCs/>
              </w:rPr>
              <w:t>ng VNUA-LMS:</w:t>
            </w:r>
            <w:r>
              <w:t xml:space="preserve"> (</w:t>
            </w:r>
            <w:r w:rsidR="008C203B">
              <w:t>4</w:t>
            </w:r>
            <w:r>
              <w:t xml:space="preserve"> ti</w:t>
            </w:r>
            <w:r>
              <w:t>ế</w:t>
            </w:r>
            <w:r>
              <w:t>t)</w:t>
            </w:r>
            <w:r>
              <w:br/>
            </w:r>
            <w:r w:rsidR="008C203B">
              <w:t>Làm bài tập trên máy tính: thiết kế form nhập số liệu và phân tích dữ liệu bằng Excel/SPSS.</w:t>
            </w:r>
            <w:r w:rsidR="008C203B"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t</w:t>
            </w:r>
            <w:r w:rsidRPr="008C203B">
              <w:rPr>
                <w:b/>
                <w:bCs/>
              </w:rPr>
              <w:t>ự</w:t>
            </w:r>
            <w:r w:rsidRPr="008C203B">
              <w:rPr>
                <w:b/>
                <w:bCs/>
              </w:rPr>
              <w:t xml:space="preserve"> h</w:t>
            </w:r>
            <w:r w:rsidRPr="008C203B">
              <w:rPr>
                <w:b/>
                <w:bCs/>
              </w:rPr>
              <w:t>ọ</w:t>
            </w:r>
            <w:r w:rsidRPr="008C203B">
              <w:rPr>
                <w:b/>
                <w:bCs/>
              </w:rPr>
              <w:t>c:</w:t>
            </w:r>
            <w:r>
              <w:t xml:space="preserve"> (30 ti</w:t>
            </w:r>
            <w:r>
              <w:t>ế</w:t>
            </w:r>
            <w:r>
              <w:t>t)</w:t>
            </w:r>
            <w:r>
              <w:br/>
              <w:t>SV th</w:t>
            </w:r>
            <w:r>
              <w:t>ự</w:t>
            </w:r>
            <w:r>
              <w:t>c hành nh</w:t>
            </w:r>
            <w:r>
              <w:t>ậ</w:t>
            </w:r>
            <w:r>
              <w:t>p và x</w:t>
            </w:r>
            <w:r>
              <w:t>ử</w:t>
            </w:r>
            <w:r>
              <w:t xml:space="preserve"> lý d</w:t>
            </w:r>
            <w:r>
              <w:t>ữ</w:t>
            </w:r>
            <w:r>
              <w:t xml:space="preserve"> li</w:t>
            </w:r>
            <w:r>
              <w:t>ệ</w:t>
            </w:r>
            <w:r>
              <w:t>u gi</w:t>
            </w:r>
            <w:r>
              <w:t>ả</w:t>
            </w:r>
            <w:r>
              <w:t xml:space="preserve"> đ</w:t>
            </w:r>
            <w:r>
              <w:t>ị</w:t>
            </w:r>
            <w:r>
              <w:t>nh trên ph</w:t>
            </w:r>
            <w:r>
              <w:t>ầ</w:t>
            </w:r>
            <w:r>
              <w:t>n m</w:t>
            </w:r>
            <w:r>
              <w:t>ề</w:t>
            </w:r>
            <w:r>
              <w:t>m, ôn t</w:t>
            </w:r>
            <w:r>
              <w:t>ậ</w:t>
            </w:r>
            <w:r>
              <w:t>p câu h</w:t>
            </w:r>
            <w:r>
              <w:t>ỏ</w:t>
            </w:r>
            <w:r>
              <w:t>i Chương 4.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227369" w14:textId="77777777" w:rsidR="005D031F" w:rsidRDefault="00E05792" w:rsidP="00354413">
            <w:pPr>
              <w:spacing w:after="0"/>
            </w:pPr>
            <w:r>
              <w:t>Thuy</w:t>
            </w:r>
            <w:r>
              <w:t>ế</w:t>
            </w:r>
            <w:r>
              <w:t>t gi</w:t>
            </w:r>
            <w:r>
              <w:t>ả</w:t>
            </w:r>
            <w:r>
              <w:t>ng, Hư</w:t>
            </w:r>
            <w:r>
              <w:t>ớ</w:t>
            </w:r>
            <w:r>
              <w:t>ng d</w:t>
            </w:r>
            <w:r>
              <w:t>ẫ</w:t>
            </w:r>
            <w:r>
              <w:t>n th</w:t>
            </w:r>
            <w:r>
              <w:t>ự</w:t>
            </w:r>
            <w:r>
              <w:t>c hành trên máy tính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B24B27" w14:textId="77777777" w:rsidR="005D031F" w:rsidRDefault="00E05792" w:rsidP="00354413">
            <w:pPr>
              <w:spacing w:after="0"/>
            </w:pPr>
            <w:r>
              <w:t>Đánh giá thư</w:t>
            </w:r>
            <w:r>
              <w:t>ờ</w:t>
            </w:r>
            <w:r>
              <w:t>ng xuyên, Bài t</w:t>
            </w:r>
            <w:r>
              <w:t>ậ</w:t>
            </w:r>
            <w:r>
              <w:t>p th</w:t>
            </w:r>
            <w:r>
              <w:t>ự</w:t>
            </w:r>
            <w:r>
              <w:t>c hành</w:t>
            </w:r>
          </w:p>
        </w:tc>
        <w:tc>
          <w:tcPr>
            <w:tcW w:w="113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F9DFFF" w14:textId="77777777" w:rsidR="005D031F" w:rsidRDefault="00E05792" w:rsidP="00354413">
            <w:pPr>
              <w:spacing w:after="0"/>
              <w:jc w:val="center"/>
            </w:pPr>
            <w:r>
              <w:t>CLO3, CLO4</w:t>
            </w:r>
          </w:p>
        </w:tc>
      </w:tr>
      <w:tr w:rsidR="005D031F" w14:paraId="37507DEF" w14:textId="77777777" w:rsidTr="00F02786">
        <w:trPr>
          <w:cantSplit/>
          <w:jc w:val="center"/>
        </w:trPr>
        <w:tc>
          <w:tcPr>
            <w:tcW w:w="85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0F5C56" w14:textId="77777777" w:rsidR="005D031F" w:rsidRDefault="00E05792" w:rsidP="00354413">
            <w:pPr>
              <w:spacing w:after="0"/>
              <w:jc w:val="center"/>
            </w:pPr>
            <w:r>
              <w:lastRenderedPageBreak/>
              <w:t>13, 14, 15</w:t>
            </w:r>
          </w:p>
        </w:tc>
        <w:tc>
          <w:tcPr>
            <w:tcW w:w="4252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56427C" w14:textId="7993AE61" w:rsidR="005D031F" w:rsidRDefault="00E05792" w:rsidP="00354413">
            <w:pPr>
              <w:spacing w:after="0"/>
            </w:pPr>
            <w:r w:rsidRPr="00CE3C9B">
              <w:rPr>
                <w:b/>
                <w:bCs/>
              </w:rPr>
              <w:t>Chương 5: VI</w:t>
            </w:r>
            <w:r w:rsidRPr="00CE3C9B">
              <w:rPr>
                <w:b/>
                <w:bCs/>
              </w:rPr>
              <w:t>Ế</w:t>
            </w:r>
            <w:r w:rsidRPr="00CE3C9B">
              <w:rPr>
                <w:b/>
                <w:bCs/>
              </w:rPr>
              <w:t>T BÁO CÁO NGHIÊN C</w:t>
            </w:r>
            <w:r w:rsidRPr="00CE3C9B">
              <w:rPr>
                <w:b/>
                <w:bCs/>
              </w:rPr>
              <w:t>Ứ</w:t>
            </w:r>
            <w:r w:rsidRPr="00CE3C9B">
              <w:rPr>
                <w:b/>
                <w:bCs/>
              </w:rPr>
              <w:t>U VÀ TRÌNH BÀY K</w:t>
            </w:r>
            <w:r w:rsidRPr="00CE3C9B">
              <w:rPr>
                <w:b/>
                <w:bCs/>
              </w:rPr>
              <w:t>Ế</w:t>
            </w:r>
            <w:r w:rsidRPr="00CE3C9B">
              <w:rPr>
                <w:b/>
                <w:bCs/>
              </w:rPr>
              <w:t>T QU</w:t>
            </w:r>
            <w:r w:rsidRPr="00CE3C9B">
              <w:rPr>
                <w:b/>
                <w:bCs/>
              </w:rPr>
              <w:t>Ả</w:t>
            </w:r>
            <w:r w:rsidRPr="00CE3C9B">
              <w:rPr>
                <w:b/>
                <w:bCs/>
              </w:rPr>
              <w:t xml:space="preserve"> KHOA H</w:t>
            </w:r>
            <w:r w:rsidRPr="00CE3C9B">
              <w:rPr>
                <w:b/>
                <w:bCs/>
              </w:rPr>
              <w:t>Ọ</w:t>
            </w:r>
            <w:r w:rsidRPr="00CE3C9B">
              <w:rPr>
                <w:b/>
                <w:bCs/>
              </w:rPr>
              <w:t>C</w:t>
            </w:r>
            <w:r>
              <w:br/>
            </w:r>
            <w:r>
              <w:br/>
              <w:t>CĐR bài h</w:t>
            </w:r>
            <w:r>
              <w:t>ọ</w:t>
            </w:r>
            <w:r>
              <w:t>c (LLO) c</w:t>
            </w:r>
            <w:r>
              <w:t>ủ</w:t>
            </w:r>
            <w:r>
              <w:t>a chương 5:</w:t>
            </w:r>
            <w:r>
              <w:br/>
              <w:t>LLO 5.1: Trình bày đúng quy chu</w:t>
            </w:r>
            <w:r>
              <w:t>ẩ</w:t>
            </w:r>
            <w:r>
              <w:t>n trích d</w:t>
            </w:r>
            <w:r>
              <w:t>ẫ</w:t>
            </w:r>
            <w:r>
              <w:t>n tài li</w:t>
            </w:r>
            <w:r>
              <w:t>ệ</w:t>
            </w:r>
            <w:r>
              <w:t>u (APA/IEEE) và danh m</w:t>
            </w:r>
            <w:r>
              <w:t>ụ</w:t>
            </w:r>
            <w:r>
              <w:t>c tài li</w:t>
            </w:r>
            <w:r>
              <w:t>ệ</w:t>
            </w:r>
            <w:r>
              <w:t>u tham kh</w:t>
            </w:r>
            <w:r>
              <w:t>ả</w:t>
            </w:r>
            <w:r>
              <w:t>o. (Đóng góp CI 2.2, CI 5.2)</w:t>
            </w:r>
            <w:r>
              <w:br/>
              <w:t>LLO 5.2: Vi</w:t>
            </w:r>
            <w:r>
              <w:t>ế</w:t>
            </w:r>
            <w:r>
              <w:t>t báo cáo khoa h</w:t>
            </w:r>
            <w:r>
              <w:t>ọ</w:t>
            </w:r>
            <w:r>
              <w:t>c, bài báo khoa h</w:t>
            </w:r>
            <w:r>
              <w:t>ọ</w:t>
            </w:r>
            <w:r>
              <w:t>c và đ</w:t>
            </w:r>
            <w:r>
              <w:t>ề</w:t>
            </w:r>
            <w:r>
              <w:t xml:space="preserve"> cương khóa lu</w:t>
            </w:r>
            <w:r>
              <w:t>ậ</w:t>
            </w:r>
            <w:r>
              <w:t>n t</w:t>
            </w:r>
            <w:r>
              <w:t>ố</w:t>
            </w:r>
            <w:r>
              <w:t>t nghi</w:t>
            </w:r>
            <w:r>
              <w:t>ệ</w:t>
            </w:r>
            <w:r>
              <w:t>p đ</w:t>
            </w:r>
            <w:r>
              <w:t>ạ</w:t>
            </w:r>
            <w:r>
              <w:t>t tiêu chu</w:t>
            </w:r>
            <w:r>
              <w:t>ẩ</w:t>
            </w:r>
            <w:r>
              <w:t>n c</w:t>
            </w:r>
            <w:r>
              <w:t>ấ</w:t>
            </w:r>
            <w:r>
              <w:t>u trúc và n</w:t>
            </w:r>
            <w:r>
              <w:t>ộ</w:t>
            </w:r>
            <w:r>
              <w:t>i dung. (Đóng góp CI 2.2)</w:t>
            </w:r>
            <w:r>
              <w:br/>
              <w:t>LLO 5.3: Th</w:t>
            </w:r>
            <w:r>
              <w:t>ự</w:t>
            </w:r>
            <w:r>
              <w:t>c hi</w:t>
            </w:r>
            <w:r>
              <w:t>ệ</w:t>
            </w:r>
            <w:r>
              <w:t>n báo cáo, thuy</w:t>
            </w:r>
            <w:r>
              <w:t>ế</w:t>
            </w:r>
            <w:r>
              <w:t>t trình và b</w:t>
            </w:r>
            <w:r>
              <w:t>ả</w:t>
            </w:r>
            <w:r>
              <w:t>o v</w:t>
            </w:r>
            <w:r>
              <w:t>ệ</w:t>
            </w:r>
            <w:r>
              <w:t xml:space="preserve"> đ</w:t>
            </w:r>
            <w:r>
              <w:t>ề</w:t>
            </w:r>
            <w:r>
              <w:t xml:space="preserve"> cương/k</w:t>
            </w:r>
            <w:r>
              <w:t>ế</w:t>
            </w:r>
            <w:r>
              <w:t>t qu</w:t>
            </w:r>
            <w:r>
              <w:t>ả</w:t>
            </w:r>
            <w:r>
              <w:t xml:space="preserve"> nghiên c</w:t>
            </w:r>
            <w:r>
              <w:t>ứ</w:t>
            </w:r>
            <w:r>
              <w:t>u trư</w:t>
            </w:r>
            <w:r>
              <w:t>ớ</w:t>
            </w:r>
            <w:r>
              <w:t>c l</w:t>
            </w:r>
            <w:r>
              <w:t>ớ</w:t>
            </w:r>
            <w:r>
              <w:t>p. (Đóng góp CI 3.2)</w:t>
            </w:r>
            <w:r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gi</w:t>
            </w:r>
            <w:r w:rsidRPr="008C203B">
              <w:rPr>
                <w:b/>
                <w:bCs/>
              </w:rPr>
              <w:t>ả</w:t>
            </w:r>
            <w:r w:rsidRPr="008C203B">
              <w:rPr>
                <w:b/>
                <w:bCs/>
              </w:rPr>
              <w:t>ng d</w:t>
            </w:r>
            <w:r w:rsidRPr="008C203B">
              <w:rPr>
                <w:b/>
                <w:bCs/>
              </w:rPr>
              <w:t>ạ</w:t>
            </w:r>
            <w:r w:rsidRPr="008C203B">
              <w:rPr>
                <w:b/>
                <w:bCs/>
              </w:rPr>
              <w:t>y lý thuy</w:t>
            </w:r>
            <w:r w:rsidRPr="008C203B">
              <w:rPr>
                <w:b/>
                <w:bCs/>
              </w:rPr>
              <w:t>ế</w:t>
            </w:r>
            <w:r w:rsidRPr="008C203B">
              <w:rPr>
                <w:b/>
                <w:bCs/>
              </w:rPr>
              <w:t>t:</w:t>
            </w:r>
            <w:r>
              <w:t xml:space="preserve"> (6 ti</w:t>
            </w:r>
            <w:r>
              <w:t>ế</w:t>
            </w:r>
            <w:r>
              <w:t>t)</w:t>
            </w:r>
            <w:r>
              <w:br/>
              <w:t>5.1 Quy chu</w:t>
            </w:r>
            <w:r>
              <w:t>ẩ</w:t>
            </w:r>
            <w:r>
              <w:t>n trích d</w:t>
            </w:r>
            <w:r>
              <w:t>ẫ</w:t>
            </w:r>
            <w:r>
              <w:t>n tài li</w:t>
            </w:r>
            <w:r>
              <w:t>ệ</w:t>
            </w:r>
            <w:r>
              <w:t>u và trình bày danh m</w:t>
            </w:r>
            <w:r>
              <w:t>ụ</w:t>
            </w:r>
            <w:r>
              <w:t>c tài li</w:t>
            </w:r>
            <w:r>
              <w:t>ệ</w:t>
            </w:r>
            <w:r>
              <w:t>u tham kh</w:t>
            </w:r>
            <w:r>
              <w:t>ả</w:t>
            </w:r>
            <w:r>
              <w:t>o</w:t>
            </w:r>
            <w:r>
              <w:br/>
              <w:t>5.2 C</w:t>
            </w:r>
            <w:r>
              <w:t>ấ</w:t>
            </w:r>
            <w:r>
              <w:t>u trúc và k</w:t>
            </w:r>
            <w:r>
              <w:t>ỹ</w:t>
            </w:r>
            <w:r>
              <w:t xml:space="preserve"> thu</w:t>
            </w:r>
            <w:r>
              <w:t>ậ</w:t>
            </w:r>
            <w:r>
              <w:t>t vi</w:t>
            </w:r>
            <w:r>
              <w:t>ế</w:t>
            </w:r>
            <w:r>
              <w:t>t báo cáo nghiên c</w:t>
            </w:r>
            <w:r>
              <w:t>ứ</w:t>
            </w:r>
            <w:r>
              <w:t>u khoa h</w:t>
            </w:r>
            <w:r>
              <w:t>ọ</w:t>
            </w:r>
            <w:r>
              <w:t>c, bài báo khoa h</w:t>
            </w:r>
            <w:r>
              <w:t>ọ</w:t>
            </w:r>
            <w:r>
              <w:t>c</w:t>
            </w:r>
            <w:r>
              <w:br/>
              <w:t>5.3 Hư</w:t>
            </w:r>
            <w:r>
              <w:t>ớ</w:t>
            </w:r>
            <w:r>
              <w:t>ng d</w:t>
            </w:r>
            <w:r>
              <w:t>ẫ</w:t>
            </w:r>
            <w:r>
              <w:t>n th</w:t>
            </w:r>
            <w:r>
              <w:t>ự</w:t>
            </w:r>
            <w:r>
              <w:t>c hi</w:t>
            </w:r>
            <w:r>
              <w:t>ệ</w:t>
            </w:r>
            <w:r>
              <w:t>n và trình bày khóa lu</w:t>
            </w:r>
            <w:r>
              <w:t>ậ</w:t>
            </w:r>
            <w:r>
              <w:t>n t</w:t>
            </w:r>
            <w:r>
              <w:t>ố</w:t>
            </w:r>
            <w:r>
              <w:t>t nghi</w:t>
            </w:r>
            <w:r>
              <w:t>ệ</w:t>
            </w:r>
            <w:r>
              <w:t>p</w:t>
            </w:r>
            <w:r>
              <w:br/>
              <w:t>5.4 K</w:t>
            </w:r>
            <w:r>
              <w:t>ỹ</w:t>
            </w:r>
            <w:r>
              <w:t xml:space="preserve"> năng báo cáo và ph</w:t>
            </w:r>
            <w:r>
              <w:t>ổ</w:t>
            </w:r>
            <w:r>
              <w:t xml:space="preserve"> bi</w:t>
            </w:r>
            <w:r>
              <w:t>ế</w:t>
            </w:r>
            <w:r>
              <w:t>n k</w:t>
            </w:r>
            <w:r>
              <w:t>ế</w:t>
            </w:r>
            <w:r>
              <w:t>t qu</w:t>
            </w:r>
            <w:r>
              <w:t>ả</w:t>
            </w:r>
            <w:r>
              <w:t xml:space="preserve"> nghiên c</w:t>
            </w:r>
            <w:r>
              <w:t>ứ</w:t>
            </w:r>
            <w:r>
              <w:t>u</w:t>
            </w:r>
            <w:r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gi</w:t>
            </w:r>
            <w:r w:rsidRPr="008C203B">
              <w:rPr>
                <w:b/>
                <w:bCs/>
              </w:rPr>
              <w:t>ả</w:t>
            </w:r>
            <w:r w:rsidRPr="008C203B">
              <w:rPr>
                <w:b/>
                <w:bCs/>
              </w:rPr>
              <w:t>ng d</w:t>
            </w:r>
            <w:r w:rsidRPr="008C203B">
              <w:rPr>
                <w:b/>
                <w:bCs/>
              </w:rPr>
              <w:t>ạ</w:t>
            </w:r>
            <w:r w:rsidRPr="008C203B">
              <w:rPr>
                <w:b/>
                <w:bCs/>
              </w:rPr>
              <w:t>y th</w:t>
            </w:r>
            <w:r w:rsidRPr="008C203B">
              <w:rPr>
                <w:b/>
                <w:bCs/>
              </w:rPr>
              <w:t>ự</w:t>
            </w:r>
            <w:r w:rsidRPr="008C203B">
              <w:rPr>
                <w:b/>
                <w:bCs/>
              </w:rPr>
              <w:t>c hành/th</w:t>
            </w:r>
            <w:r w:rsidRPr="008C203B">
              <w:rPr>
                <w:b/>
                <w:bCs/>
              </w:rPr>
              <w:t>ự</w:t>
            </w:r>
            <w:r w:rsidRPr="008C203B">
              <w:rPr>
                <w:b/>
                <w:bCs/>
              </w:rPr>
              <w:t>c nghi</w:t>
            </w:r>
            <w:r w:rsidRPr="008C203B">
              <w:rPr>
                <w:b/>
                <w:bCs/>
              </w:rPr>
              <w:t>ệ</w:t>
            </w:r>
            <w:r w:rsidRPr="008C203B">
              <w:rPr>
                <w:b/>
                <w:bCs/>
              </w:rPr>
              <w:t>m:</w:t>
            </w:r>
            <w:r>
              <w:t xml:space="preserve"> (0 ti</w:t>
            </w:r>
            <w:r>
              <w:t>ế</w:t>
            </w:r>
            <w:r>
              <w:t>t)</w:t>
            </w:r>
            <w:r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seminar/th</w:t>
            </w:r>
            <w:r w:rsidRPr="008C203B">
              <w:rPr>
                <w:b/>
                <w:bCs/>
              </w:rPr>
              <w:t>ả</w:t>
            </w:r>
            <w:r w:rsidRPr="008C203B">
              <w:rPr>
                <w:b/>
                <w:bCs/>
              </w:rPr>
              <w:t>o lu</w:t>
            </w:r>
            <w:r w:rsidRPr="008C203B">
              <w:rPr>
                <w:b/>
                <w:bCs/>
              </w:rPr>
              <w:t>ậ</w:t>
            </w:r>
            <w:r w:rsidRPr="008C203B">
              <w:rPr>
                <w:b/>
                <w:bCs/>
              </w:rPr>
              <w:t>n/Project/s</w:t>
            </w:r>
            <w:r w:rsidRPr="008C203B">
              <w:rPr>
                <w:b/>
                <w:bCs/>
              </w:rPr>
              <w:t>ử</w:t>
            </w:r>
            <w:r w:rsidRPr="008C203B">
              <w:rPr>
                <w:b/>
                <w:bCs/>
              </w:rPr>
              <w:t xml:space="preserve"> d</w:t>
            </w:r>
            <w:r w:rsidRPr="008C203B">
              <w:rPr>
                <w:b/>
                <w:bCs/>
              </w:rPr>
              <w:t>ụ</w:t>
            </w:r>
            <w:r w:rsidRPr="008C203B">
              <w:rPr>
                <w:b/>
                <w:bCs/>
              </w:rPr>
              <w:t>ng h</w:t>
            </w:r>
            <w:r w:rsidRPr="008C203B">
              <w:rPr>
                <w:b/>
                <w:bCs/>
              </w:rPr>
              <w:t>ệ</w:t>
            </w:r>
            <w:r w:rsidRPr="008C203B">
              <w:rPr>
                <w:b/>
                <w:bCs/>
              </w:rPr>
              <w:t xml:space="preserve"> th</w:t>
            </w:r>
            <w:r w:rsidRPr="008C203B">
              <w:rPr>
                <w:b/>
                <w:bCs/>
              </w:rPr>
              <w:t>ố</w:t>
            </w:r>
            <w:r w:rsidRPr="008C203B">
              <w:rPr>
                <w:b/>
                <w:bCs/>
              </w:rPr>
              <w:t>ng VNUA-LMS</w:t>
            </w:r>
            <w:r w:rsidR="0064693A">
              <w:rPr>
                <w:b/>
                <w:bCs/>
              </w:rPr>
              <w:t>/MS Team</w:t>
            </w:r>
            <w:r w:rsidRPr="008C203B">
              <w:rPr>
                <w:b/>
                <w:bCs/>
              </w:rPr>
              <w:t>:</w:t>
            </w:r>
            <w:r>
              <w:t xml:space="preserve"> (6 ti</w:t>
            </w:r>
            <w:r>
              <w:t>ế</w:t>
            </w:r>
            <w:r>
              <w:t>t)</w:t>
            </w:r>
            <w:r>
              <w:br/>
              <w:t>Các nhóm báo cáo thuy</w:t>
            </w:r>
            <w:r>
              <w:t>ế</w:t>
            </w:r>
            <w:r>
              <w:t>t trình s</w:t>
            </w:r>
            <w:r>
              <w:t>ả</w:t>
            </w:r>
            <w:r>
              <w:t>n ph</w:t>
            </w:r>
            <w:r>
              <w:t>ẩ</w:t>
            </w:r>
            <w:r>
              <w:t>m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hoàn ch</w:t>
            </w:r>
            <w:r>
              <w:t>ỉ</w:t>
            </w:r>
            <w:r>
              <w:t>nh và ph</w:t>
            </w:r>
            <w:r>
              <w:t>ả</w:t>
            </w:r>
            <w:r>
              <w:t>n bi</w:t>
            </w:r>
            <w:r>
              <w:t>ệ</w:t>
            </w:r>
            <w:r>
              <w:t>n.</w:t>
            </w:r>
            <w:r>
              <w:br/>
            </w:r>
            <w:r>
              <w:br/>
            </w:r>
            <w:r w:rsidRPr="008C203B">
              <w:rPr>
                <w:b/>
                <w:bCs/>
              </w:rPr>
              <w:t>N</w:t>
            </w:r>
            <w:r w:rsidRPr="008C203B">
              <w:rPr>
                <w:b/>
                <w:bCs/>
              </w:rPr>
              <w:t>ộ</w:t>
            </w:r>
            <w:r w:rsidRPr="008C203B">
              <w:rPr>
                <w:b/>
                <w:bCs/>
              </w:rPr>
              <w:t>i dung t</w:t>
            </w:r>
            <w:r w:rsidRPr="008C203B">
              <w:rPr>
                <w:b/>
                <w:bCs/>
              </w:rPr>
              <w:t>ự</w:t>
            </w:r>
            <w:r w:rsidRPr="008C203B">
              <w:rPr>
                <w:b/>
                <w:bCs/>
              </w:rPr>
              <w:t xml:space="preserve"> h</w:t>
            </w:r>
            <w:r w:rsidRPr="008C203B">
              <w:rPr>
                <w:b/>
                <w:bCs/>
              </w:rPr>
              <w:t>ọ</w:t>
            </w:r>
            <w:r w:rsidRPr="008C203B">
              <w:rPr>
                <w:b/>
                <w:bCs/>
              </w:rPr>
              <w:t>c:</w:t>
            </w:r>
            <w:r>
              <w:t xml:space="preserve"> (36 ti</w:t>
            </w:r>
            <w:r>
              <w:t>ế</w:t>
            </w:r>
            <w:r>
              <w:t>t)</w:t>
            </w:r>
            <w:r>
              <w:br/>
              <w:t>SV hoàn thi</w:t>
            </w:r>
            <w:r>
              <w:t>ệ</w:t>
            </w:r>
            <w:r>
              <w:t>n báo cáo đ</w:t>
            </w:r>
            <w:r>
              <w:t>ề</w:t>
            </w:r>
            <w:r>
              <w:t xml:space="preserve"> cương nghiên c</w:t>
            </w:r>
            <w:r>
              <w:t>ứ</w:t>
            </w:r>
            <w:r>
              <w:t>u khoa h</w:t>
            </w:r>
            <w:r>
              <w:t>ọ</w:t>
            </w:r>
            <w:r>
              <w:t>c c</w:t>
            </w:r>
            <w:r>
              <w:t>ủ</w:t>
            </w:r>
            <w:r>
              <w:t>a nhóm và n</w:t>
            </w:r>
            <w:r>
              <w:t>ộ</w:t>
            </w:r>
            <w:r>
              <w:t>p bài đánh giá.</w:t>
            </w:r>
          </w:p>
        </w:tc>
        <w:tc>
          <w:tcPr>
            <w:tcW w:w="1587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415075" w14:textId="52371E4D" w:rsidR="005D031F" w:rsidRDefault="00E05792" w:rsidP="00354413">
            <w:pPr>
              <w:spacing w:after="0"/>
            </w:pPr>
            <w:r>
              <w:t>Thuy</w:t>
            </w:r>
            <w:r>
              <w:t>ế</w:t>
            </w:r>
            <w:r>
              <w:t>t gi</w:t>
            </w:r>
            <w:r>
              <w:t>ả</w:t>
            </w:r>
            <w:r>
              <w:t>ng, Báo cáo d</w:t>
            </w:r>
            <w:r>
              <w:t>ự</w:t>
            </w:r>
            <w:r>
              <w:t xml:space="preserve"> án nhóm, Ph</w:t>
            </w:r>
            <w:r>
              <w:t>ả</w:t>
            </w:r>
            <w:r>
              <w:t>n bi</w:t>
            </w:r>
            <w:r>
              <w:t>ệ</w:t>
            </w:r>
            <w:r>
              <w:t>n</w:t>
            </w:r>
            <w:r w:rsidR="004F7812">
              <w:t xml:space="preserve"> theo nhóm và cá nhân</w:t>
            </w:r>
          </w:p>
        </w:tc>
        <w:tc>
          <w:tcPr>
            <w:tcW w:w="1531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B8884C" w14:textId="77777777" w:rsidR="005D031F" w:rsidRDefault="00E05792" w:rsidP="00354413">
            <w:pPr>
              <w:spacing w:after="0"/>
            </w:pPr>
            <w:r>
              <w:t>Đánh giá thư</w:t>
            </w:r>
            <w:r>
              <w:t>ờ</w:t>
            </w:r>
            <w:r>
              <w:t>ng xuyên, Đánh giá cu</w:t>
            </w:r>
            <w:r>
              <w:t>ố</w:t>
            </w:r>
            <w:r>
              <w:t>i k</w:t>
            </w:r>
            <w:r>
              <w:t>ỳ</w:t>
            </w:r>
          </w:p>
        </w:tc>
        <w:tc>
          <w:tcPr>
            <w:tcW w:w="113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51A5BF" w14:textId="77777777" w:rsidR="005D031F" w:rsidRDefault="00E05792" w:rsidP="00354413">
            <w:pPr>
              <w:spacing w:after="0"/>
              <w:jc w:val="center"/>
            </w:pPr>
            <w:r>
              <w:t>CLO2, CLO3, CLO5</w:t>
            </w:r>
          </w:p>
        </w:tc>
      </w:tr>
    </w:tbl>
    <w:p w14:paraId="25FC02BB" w14:textId="77777777" w:rsidR="005D031F" w:rsidRDefault="005D031F">
      <w:pPr>
        <w:spacing w:after="60"/>
      </w:pPr>
    </w:p>
    <w:p w14:paraId="1C4DC577" w14:textId="77777777" w:rsidR="008C203B" w:rsidRDefault="008C203B">
      <w:pPr>
        <w:rPr>
          <w:b/>
        </w:rPr>
      </w:pPr>
      <w:r>
        <w:rPr>
          <w:b/>
        </w:rPr>
        <w:br w:type="page"/>
      </w:r>
    </w:p>
    <w:p w14:paraId="50018FA8" w14:textId="092645BB" w:rsidR="005D031F" w:rsidRPr="008C203B" w:rsidRDefault="00E05792">
      <w:pPr>
        <w:spacing w:before="200" w:after="80"/>
        <w:rPr>
          <w:sz w:val="26"/>
          <w:szCs w:val="26"/>
        </w:rPr>
      </w:pPr>
      <w:r w:rsidRPr="008C203B">
        <w:rPr>
          <w:b/>
          <w:sz w:val="26"/>
          <w:szCs w:val="26"/>
        </w:rPr>
        <w:lastRenderedPageBreak/>
        <w:t>IX. Đi</w:t>
      </w:r>
      <w:r w:rsidRPr="008C203B">
        <w:rPr>
          <w:b/>
          <w:sz w:val="26"/>
          <w:szCs w:val="26"/>
        </w:rPr>
        <w:t>ề</w:t>
      </w:r>
      <w:r w:rsidRPr="008C203B">
        <w:rPr>
          <w:b/>
          <w:sz w:val="26"/>
          <w:szCs w:val="26"/>
        </w:rPr>
        <w:t>u ki</w:t>
      </w:r>
      <w:r w:rsidRPr="008C203B">
        <w:rPr>
          <w:b/>
          <w:sz w:val="26"/>
          <w:szCs w:val="26"/>
        </w:rPr>
        <w:t>ệ</w:t>
      </w:r>
      <w:r w:rsidRPr="008C203B">
        <w:rPr>
          <w:b/>
          <w:sz w:val="26"/>
          <w:szCs w:val="26"/>
        </w:rPr>
        <w:t>n cơ s</w:t>
      </w:r>
      <w:r w:rsidRPr="008C203B">
        <w:rPr>
          <w:b/>
          <w:sz w:val="26"/>
          <w:szCs w:val="26"/>
        </w:rPr>
        <w:t>ở</w:t>
      </w:r>
      <w:r w:rsidRPr="008C203B">
        <w:rPr>
          <w:b/>
          <w:sz w:val="26"/>
          <w:szCs w:val="26"/>
        </w:rPr>
        <w:t xml:space="preserve"> v</w:t>
      </w:r>
      <w:r w:rsidRPr="008C203B">
        <w:rPr>
          <w:b/>
          <w:sz w:val="26"/>
          <w:szCs w:val="26"/>
        </w:rPr>
        <w:t>ậ</w:t>
      </w:r>
      <w:r w:rsidRPr="008C203B">
        <w:rPr>
          <w:b/>
          <w:sz w:val="26"/>
          <w:szCs w:val="26"/>
        </w:rPr>
        <w:t>t ch</w:t>
      </w:r>
      <w:r w:rsidRPr="008C203B">
        <w:rPr>
          <w:b/>
          <w:sz w:val="26"/>
          <w:szCs w:val="26"/>
        </w:rPr>
        <w:t>ấ</w:t>
      </w:r>
      <w:r w:rsidRPr="008C203B">
        <w:rPr>
          <w:b/>
          <w:sz w:val="26"/>
          <w:szCs w:val="26"/>
        </w:rPr>
        <w:t>t ph</w:t>
      </w:r>
      <w:r w:rsidRPr="008C203B">
        <w:rPr>
          <w:b/>
          <w:sz w:val="26"/>
          <w:szCs w:val="26"/>
        </w:rPr>
        <w:t>ụ</w:t>
      </w:r>
      <w:r w:rsidRPr="008C203B">
        <w:rPr>
          <w:b/>
          <w:sz w:val="26"/>
          <w:szCs w:val="26"/>
        </w:rPr>
        <w:t>c v</w:t>
      </w:r>
      <w:r w:rsidRPr="008C203B">
        <w:rPr>
          <w:b/>
          <w:sz w:val="26"/>
          <w:szCs w:val="26"/>
        </w:rPr>
        <w:t>ụ</w:t>
      </w:r>
      <w:r w:rsidRPr="008C203B">
        <w:rPr>
          <w:b/>
          <w:sz w:val="26"/>
          <w:szCs w:val="26"/>
        </w:rPr>
        <w:t xml:space="preserve"> d</w:t>
      </w:r>
      <w:r w:rsidRPr="008C203B">
        <w:rPr>
          <w:b/>
          <w:sz w:val="26"/>
          <w:szCs w:val="26"/>
        </w:rPr>
        <w:t>ạ</w:t>
      </w:r>
      <w:r w:rsidRPr="008C203B">
        <w:rPr>
          <w:b/>
          <w:sz w:val="26"/>
          <w:szCs w:val="26"/>
        </w:rPr>
        <w:t>y và h</w:t>
      </w:r>
      <w:r w:rsidRPr="008C203B">
        <w:rPr>
          <w:b/>
          <w:sz w:val="26"/>
          <w:szCs w:val="26"/>
        </w:rPr>
        <w:t>ọ</w:t>
      </w:r>
      <w:r w:rsidRPr="008C203B">
        <w:rPr>
          <w:b/>
          <w:sz w:val="26"/>
          <w:szCs w:val="26"/>
        </w:rPr>
        <w:t>c h</w:t>
      </w:r>
      <w:r w:rsidRPr="008C203B">
        <w:rPr>
          <w:b/>
          <w:sz w:val="26"/>
          <w:szCs w:val="26"/>
        </w:rPr>
        <w:t>ọ</w:t>
      </w:r>
      <w:r w:rsidRPr="008C203B">
        <w:rPr>
          <w:b/>
          <w:sz w:val="26"/>
          <w:szCs w:val="26"/>
        </w:rPr>
        <w:t>c ph</w:t>
      </w:r>
      <w:r w:rsidRPr="008C203B">
        <w:rPr>
          <w:b/>
          <w:sz w:val="26"/>
          <w:szCs w:val="26"/>
        </w:rPr>
        <w:t>ầ</w:t>
      </w:r>
      <w:r w:rsidRPr="008C203B">
        <w:rPr>
          <w:b/>
          <w:sz w:val="26"/>
          <w:szCs w:val="26"/>
        </w:rPr>
        <w:t>n</w:t>
      </w:r>
    </w:p>
    <w:p w14:paraId="66F1040F" w14:textId="77777777" w:rsidR="005D031F" w:rsidRPr="008C203B" w:rsidRDefault="00E05792">
      <w:pPr>
        <w:spacing w:after="60"/>
        <w:rPr>
          <w:sz w:val="26"/>
          <w:szCs w:val="26"/>
        </w:rPr>
      </w:pPr>
      <w:r w:rsidRPr="008C203B">
        <w:rPr>
          <w:sz w:val="26"/>
          <w:szCs w:val="26"/>
        </w:rPr>
        <w:t>- Phòng h</w:t>
      </w:r>
      <w:r w:rsidRPr="008C203B">
        <w:rPr>
          <w:sz w:val="26"/>
          <w:szCs w:val="26"/>
        </w:rPr>
        <w:t>ọ</w:t>
      </w:r>
      <w:r w:rsidRPr="008C203B">
        <w:rPr>
          <w:sz w:val="26"/>
          <w:szCs w:val="26"/>
        </w:rPr>
        <w:t>c, th</w:t>
      </w:r>
      <w:r w:rsidRPr="008C203B">
        <w:rPr>
          <w:sz w:val="26"/>
          <w:szCs w:val="26"/>
        </w:rPr>
        <w:t>ự</w:t>
      </w:r>
      <w:r w:rsidRPr="008C203B">
        <w:rPr>
          <w:sz w:val="26"/>
          <w:szCs w:val="26"/>
        </w:rPr>
        <w:t>c hành: Phòng h</w:t>
      </w:r>
      <w:r w:rsidRPr="008C203B">
        <w:rPr>
          <w:sz w:val="26"/>
          <w:szCs w:val="26"/>
        </w:rPr>
        <w:t>ọ</w:t>
      </w:r>
      <w:r w:rsidRPr="008C203B">
        <w:rPr>
          <w:sz w:val="26"/>
          <w:szCs w:val="26"/>
        </w:rPr>
        <w:t>c thông thoáng, s</w:t>
      </w:r>
      <w:r w:rsidRPr="008C203B">
        <w:rPr>
          <w:sz w:val="26"/>
          <w:szCs w:val="26"/>
        </w:rPr>
        <w:t>ạ</w:t>
      </w:r>
      <w:r w:rsidRPr="008C203B">
        <w:rPr>
          <w:sz w:val="26"/>
          <w:szCs w:val="26"/>
        </w:rPr>
        <w:t>ch s</w:t>
      </w:r>
      <w:r w:rsidRPr="008C203B">
        <w:rPr>
          <w:sz w:val="26"/>
          <w:szCs w:val="26"/>
        </w:rPr>
        <w:t>ẽ</w:t>
      </w:r>
      <w:r w:rsidRPr="008C203B">
        <w:rPr>
          <w:sz w:val="26"/>
          <w:szCs w:val="26"/>
        </w:rPr>
        <w:t>, đ</w:t>
      </w:r>
      <w:r w:rsidRPr="008C203B">
        <w:rPr>
          <w:sz w:val="26"/>
          <w:szCs w:val="26"/>
        </w:rPr>
        <w:t>ủ</w:t>
      </w:r>
      <w:r w:rsidRPr="008C203B">
        <w:rPr>
          <w:sz w:val="26"/>
          <w:szCs w:val="26"/>
        </w:rPr>
        <w:t xml:space="preserve"> bàn gh</w:t>
      </w:r>
      <w:r w:rsidRPr="008C203B">
        <w:rPr>
          <w:sz w:val="26"/>
          <w:szCs w:val="26"/>
        </w:rPr>
        <w:t>ế</w:t>
      </w:r>
      <w:r w:rsidRPr="008C203B">
        <w:rPr>
          <w:sz w:val="26"/>
          <w:szCs w:val="26"/>
        </w:rPr>
        <w:t>, trang b</w:t>
      </w:r>
      <w:r w:rsidRPr="008C203B">
        <w:rPr>
          <w:sz w:val="26"/>
          <w:szCs w:val="26"/>
        </w:rPr>
        <w:t>ị</w:t>
      </w:r>
      <w:r w:rsidRPr="008C203B">
        <w:rPr>
          <w:sz w:val="26"/>
          <w:szCs w:val="26"/>
        </w:rPr>
        <w:t xml:space="preserve"> h</w:t>
      </w:r>
      <w:r w:rsidRPr="008C203B">
        <w:rPr>
          <w:sz w:val="26"/>
          <w:szCs w:val="26"/>
        </w:rPr>
        <w:t>ệ</w:t>
      </w:r>
      <w:r w:rsidRPr="008C203B">
        <w:rPr>
          <w:sz w:val="26"/>
          <w:szCs w:val="26"/>
        </w:rPr>
        <w:t xml:space="preserve"> th</w:t>
      </w:r>
      <w:r w:rsidRPr="008C203B">
        <w:rPr>
          <w:sz w:val="26"/>
          <w:szCs w:val="26"/>
        </w:rPr>
        <w:t>ố</w:t>
      </w:r>
      <w:r w:rsidRPr="008C203B">
        <w:rPr>
          <w:sz w:val="26"/>
          <w:szCs w:val="26"/>
        </w:rPr>
        <w:t>ng âm thanh, ánh sáng, máy đi</w:t>
      </w:r>
      <w:r w:rsidRPr="008C203B">
        <w:rPr>
          <w:sz w:val="26"/>
          <w:szCs w:val="26"/>
        </w:rPr>
        <w:t>ề</w:t>
      </w:r>
      <w:r w:rsidRPr="008C203B">
        <w:rPr>
          <w:sz w:val="26"/>
          <w:szCs w:val="26"/>
        </w:rPr>
        <w:t>u hòa ho</w:t>
      </w:r>
      <w:r w:rsidRPr="008C203B">
        <w:rPr>
          <w:sz w:val="26"/>
          <w:szCs w:val="26"/>
        </w:rPr>
        <w:t>ạ</w:t>
      </w:r>
      <w:r w:rsidRPr="008C203B">
        <w:rPr>
          <w:sz w:val="26"/>
          <w:szCs w:val="26"/>
        </w:rPr>
        <w:t>t đ</w:t>
      </w:r>
      <w:r w:rsidRPr="008C203B">
        <w:rPr>
          <w:sz w:val="26"/>
          <w:szCs w:val="26"/>
        </w:rPr>
        <w:t>ộ</w:t>
      </w:r>
      <w:r w:rsidRPr="008C203B">
        <w:rPr>
          <w:sz w:val="26"/>
          <w:szCs w:val="26"/>
        </w:rPr>
        <w:t>ng t</w:t>
      </w:r>
      <w:r w:rsidRPr="008C203B">
        <w:rPr>
          <w:sz w:val="26"/>
          <w:szCs w:val="26"/>
        </w:rPr>
        <w:t>ố</w:t>
      </w:r>
      <w:r w:rsidRPr="008C203B">
        <w:rPr>
          <w:sz w:val="26"/>
          <w:szCs w:val="26"/>
        </w:rPr>
        <w:t>t.</w:t>
      </w:r>
      <w:r w:rsidRPr="008C203B">
        <w:rPr>
          <w:sz w:val="26"/>
          <w:szCs w:val="26"/>
        </w:rPr>
        <w:br/>
        <w:t>- Phương ti</w:t>
      </w:r>
      <w:r w:rsidRPr="008C203B">
        <w:rPr>
          <w:sz w:val="26"/>
          <w:szCs w:val="26"/>
        </w:rPr>
        <w:t>ệ</w:t>
      </w:r>
      <w:r w:rsidRPr="008C203B">
        <w:rPr>
          <w:sz w:val="26"/>
          <w:szCs w:val="26"/>
        </w:rPr>
        <w:t>n ph</w:t>
      </w:r>
      <w:r w:rsidRPr="008C203B">
        <w:rPr>
          <w:sz w:val="26"/>
          <w:szCs w:val="26"/>
        </w:rPr>
        <w:t>ụ</w:t>
      </w:r>
      <w:r w:rsidRPr="008C203B">
        <w:rPr>
          <w:sz w:val="26"/>
          <w:szCs w:val="26"/>
        </w:rPr>
        <w:t>c v</w:t>
      </w:r>
      <w:r w:rsidRPr="008C203B">
        <w:rPr>
          <w:sz w:val="26"/>
          <w:szCs w:val="26"/>
        </w:rPr>
        <w:t>ụ</w:t>
      </w:r>
      <w:r w:rsidRPr="008C203B">
        <w:rPr>
          <w:sz w:val="26"/>
          <w:szCs w:val="26"/>
        </w:rPr>
        <w:t xml:space="preserve"> gi</w:t>
      </w:r>
      <w:r w:rsidRPr="008C203B">
        <w:rPr>
          <w:sz w:val="26"/>
          <w:szCs w:val="26"/>
        </w:rPr>
        <w:t>ả</w:t>
      </w:r>
      <w:r w:rsidRPr="008C203B">
        <w:rPr>
          <w:sz w:val="26"/>
          <w:szCs w:val="26"/>
        </w:rPr>
        <w:t>ng d</w:t>
      </w:r>
      <w:r w:rsidRPr="008C203B">
        <w:rPr>
          <w:sz w:val="26"/>
          <w:szCs w:val="26"/>
        </w:rPr>
        <w:t>ạ</w:t>
      </w:r>
      <w:r w:rsidRPr="008C203B">
        <w:rPr>
          <w:sz w:val="26"/>
          <w:szCs w:val="26"/>
        </w:rPr>
        <w:t>y: Máy chi</w:t>
      </w:r>
      <w:r w:rsidRPr="008C203B">
        <w:rPr>
          <w:sz w:val="26"/>
          <w:szCs w:val="26"/>
        </w:rPr>
        <w:t>ế</w:t>
      </w:r>
      <w:r w:rsidRPr="008C203B">
        <w:rPr>
          <w:sz w:val="26"/>
          <w:szCs w:val="26"/>
        </w:rPr>
        <w:t>u (Projector), b</w:t>
      </w:r>
      <w:r w:rsidRPr="008C203B">
        <w:rPr>
          <w:sz w:val="26"/>
          <w:szCs w:val="26"/>
        </w:rPr>
        <w:t>ả</w:t>
      </w:r>
      <w:r w:rsidRPr="008C203B">
        <w:rPr>
          <w:sz w:val="26"/>
          <w:szCs w:val="26"/>
        </w:rPr>
        <w:t>ng vi</w:t>
      </w:r>
      <w:r w:rsidRPr="008C203B">
        <w:rPr>
          <w:sz w:val="26"/>
          <w:szCs w:val="26"/>
        </w:rPr>
        <w:t>ế</w:t>
      </w:r>
      <w:r w:rsidRPr="008C203B">
        <w:rPr>
          <w:sz w:val="26"/>
          <w:szCs w:val="26"/>
        </w:rPr>
        <w:t>t, micro, máy tính gi</w:t>
      </w:r>
      <w:r w:rsidRPr="008C203B">
        <w:rPr>
          <w:sz w:val="26"/>
          <w:szCs w:val="26"/>
        </w:rPr>
        <w:t>ả</w:t>
      </w:r>
      <w:r w:rsidRPr="008C203B">
        <w:rPr>
          <w:sz w:val="26"/>
          <w:szCs w:val="26"/>
        </w:rPr>
        <w:t>ng viên k</w:t>
      </w:r>
      <w:r w:rsidRPr="008C203B">
        <w:rPr>
          <w:sz w:val="26"/>
          <w:szCs w:val="26"/>
        </w:rPr>
        <w:t>ế</w:t>
      </w:r>
      <w:r w:rsidRPr="008C203B">
        <w:rPr>
          <w:sz w:val="26"/>
          <w:szCs w:val="26"/>
        </w:rPr>
        <w:t>t n</w:t>
      </w:r>
      <w:r w:rsidRPr="008C203B">
        <w:rPr>
          <w:sz w:val="26"/>
          <w:szCs w:val="26"/>
        </w:rPr>
        <w:t>ố</w:t>
      </w:r>
      <w:r w:rsidRPr="008C203B">
        <w:rPr>
          <w:sz w:val="26"/>
          <w:szCs w:val="26"/>
        </w:rPr>
        <w:t>i Internet.</w:t>
      </w:r>
      <w:r w:rsidRPr="008C203B">
        <w:rPr>
          <w:sz w:val="26"/>
          <w:szCs w:val="26"/>
        </w:rPr>
        <w:br/>
        <w:t>- H</w:t>
      </w:r>
      <w:r w:rsidRPr="008C203B">
        <w:rPr>
          <w:sz w:val="26"/>
          <w:szCs w:val="26"/>
        </w:rPr>
        <w:t>ệ</w:t>
      </w:r>
      <w:r w:rsidRPr="008C203B">
        <w:rPr>
          <w:sz w:val="26"/>
          <w:szCs w:val="26"/>
        </w:rPr>
        <w:t xml:space="preserve"> th</w:t>
      </w:r>
      <w:r w:rsidRPr="008C203B">
        <w:rPr>
          <w:sz w:val="26"/>
          <w:szCs w:val="26"/>
        </w:rPr>
        <w:t>ố</w:t>
      </w:r>
      <w:r w:rsidRPr="008C203B">
        <w:rPr>
          <w:sz w:val="26"/>
          <w:szCs w:val="26"/>
        </w:rPr>
        <w:t>ng VNUA-LMS</w:t>
      </w:r>
      <w:r w:rsidRPr="008C203B">
        <w:rPr>
          <w:sz w:val="26"/>
          <w:szCs w:val="26"/>
        </w:rPr>
        <w:br/>
        <w:t>- Ph</w:t>
      </w:r>
      <w:r w:rsidRPr="008C203B">
        <w:rPr>
          <w:sz w:val="26"/>
          <w:szCs w:val="26"/>
        </w:rPr>
        <w:t>ầ</w:t>
      </w:r>
      <w:r w:rsidRPr="008C203B">
        <w:rPr>
          <w:sz w:val="26"/>
          <w:szCs w:val="26"/>
        </w:rPr>
        <w:t>n m</w:t>
      </w:r>
      <w:r w:rsidRPr="008C203B">
        <w:rPr>
          <w:sz w:val="26"/>
          <w:szCs w:val="26"/>
        </w:rPr>
        <w:t>ề</w:t>
      </w:r>
      <w:r w:rsidRPr="008C203B">
        <w:rPr>
          <w:sz w:val="26"/>
          <w:szCs w:val="26"/>
        </w:rPr>
        <w:t>m/công c</w:t>
      </w:r>
      <w:r w:rsidRPr="008C203B">
        <w:rPr>
          <w:sz w:val="26"/>
          <w:szCs w:val="26"/>
        </w:rPr>
        <w:t>ụ</w:t>
      </w:r>
      <w:r w:rsidRPr="008C203B">
        <w:rPr>
          <w:sz w:val="26"/>
          <w:szCs w:val="26"/>
        </w:rPr>
        <w:t xml:space="preserve"> chuyên môn: Ph</w:t>
      </w:r>
      <w:r w:rsidRPr="008C203B">
        <w:rPr>
          <w:sz w:val="26"/>
          <w:szCs w:val="26"/>
        </w:rPr>
        <w:t>ầ</w:t>
      </w:r>
      <w:r w:rsidRPr="008C203B">
        <w:rPr>
          <w:sz w:val="26"/>
          <w:szCs w:val="26"/>
        </w:rPr>
        <w:t>n m</w:t>
      </w:r>
      <w:r w:rsidRPr="008C203B">
        <w:rPr>
          <w:sz w:val="26"/>
          <w:szCs w:val="26"/>
        </w:rPr>
        <w:t>ề</w:t>
      </w:r>
      <w:r w:rsidRPr="008C203B">
        <w:rPr>
          <w:sz w:val="26"/>
          <w:szCs w:val="26"/>
        </w:rPr>
        <w:t>m phân tích s</w:t>
      </w:r>
      <w:r w:rsidRPr="008C203B">
        <w:rPr>
          <w:sz w:val="26"/>
          <w:szCs w:val="26"/>
        </w:rPr>
        <w:t>ố</w:t>
      </w:r>
      <w:r w:rsidRPr="008C203B">
        <w:rPr>
          <w:sz w:val="26"/>
          <w:szCs w:val="26"/>
        </w:rPr>
        <w:t xml:space="preserve"> li</w:t>
      </w:r>
      <w:r w:rsidRPr="008C203B">
        <w:rPr>
          <w:sz w:val="26"/>
          <w:szCs w:val="26"/>
        </w:rPr>
        <w:t>ệ</w:t>
      </w:r>
      <w:r w:rsidRPr="008C203B">
        <w:rPr>
          <w:sz w:val="26"/>
          <w:szCs w:val="26"/>
        </w:rPr>
        <w:t>u (Excel, SPSS), MS Teams.</w:t>
      </w:r>
    </w:p>
    <w:p w14:paraId="4735A018" w14:textId="77777777" w:rsidR="005D031F" w:rsidRDefault="005D031F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09"/>
        <w:gridCol w:w="4819"/>
      </w:tblGrid>
      <w:tr w:rsidR="0062028A" w14:paraId="0CD897BC" w14:textId="77777777" w:rsidTr="0062028A">
        <w:trPr>
          <w:cantSplit/>
          <w:jc w:val="center"/>
        </w:trPr>
        <w:tc>
          <w:tcPr>
            <w:tcW w:w="4009" w:type="dxa"/>
          </w:tcPr>
          <w:p w14:paraId="619066B7" w14:textId="77777777" w:rsidR="0062028A" w:rsidRDefault="0062028A">
            <w:pPr>
              <w:jc w:val="center"/>
              <w:rPr>
                <w:b/>
              </w:rPr>
            </w:pPr>
            <w:r>
              <w:rPr>
                <w:b/>
              </w:rPr>
              <w:t>TRƯỞNG BỘ MÔN</w:t>
            </w:r>
            <w:r>
              <w:rPr>
                <w:b/>
              </w:rPr>
              <w:br/>
              <w:t>(Ký và ghi rõ họ tên)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  <w:p w14:paraId="0025E0DD" w14:textId="77777777" w:rsidR="003273E7" w:rsidRDefault="003273E7">
            <w:pPr>
              <w:jc w:val="center"/>
              <w:rPr>
                <w:b/>
              </w:rPr>
            </w:pPr>
          </w:p>
          <w:p w14:paraId="6F4BA117" w14:textId="3766DC80" w:rsidR="0062028A" w:rsidRDefault="0062028A">
            <w:pPr>
              <w:jc w:val="center"/>
            </w:pPr>
            <w:r>
              <w:rPr>
                <w:b/>
              </w:rPr>
              <w:br/>
            </w:r>
            <w:r>
              <w:rPr>
                <w:b/>
              </w:rPr>
              <w:br/>
              <w:t>TS. Nguyễn Thị Trang Nhung</w:t>
            </w:r>
          </w:p>
        </w:tc>
        <w:tc>
          <w:tcPr>
            <w:tcW w:w="4819" w:type="dxa"/>
          </w:tcPr>
          <w:p w14:paraId="4644D780" w14:textId="137DAB5A" w:rsidR="0062028A" w:rsidRDefault="0062028A">
            <w:pPr>
              <w:jc w:val="center"/>
              <w:rPr>
                <w:b/>
              </w:rPr>
            </w:pPr>
            <w:r w:rsidRPr="0062028A">
              <w:rPr>
                <w:bCs/>
              </w:rPr>
              <w:t>Hà Nội, ngày          tháng           năm 2026</w:t>
            </w:r>
            <w:r>
              <w:rPr>
                <w:b/>
              </w:rPr>
              <w:br/>
              <w:t>GIẢNG VIÊN PHỤ TRÁCH HỌC PHẦN</w:t>
            </w:r>
            <w:r>
              <w:rPr>
                <w:b/>
              </w:rPr>
              <w:br/>
              <w:t>(Ký và ghi rõ họ tên)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  <w:p w14:paraId="436FF088" w14:textId="7BC16B78" w:rsidR="0062028A" w:rsidRDefault="0062028A">
            <w:pPr>
              <w:jc w:val="center"/>
            </w:pPr>
            <w:r>
              <w:rPr>
                <w:b/>
              </w:rPr>
              <w:br/>
            </w:r>
            <w:r>
              <w:rPr>
                <w:b/>
              </w:rPr>
              <w:br/>
              <w:t>PGS.TS. Hồ Ngọc Ninh</w:t>
            </w:r>
          </w:p>
        </w:tc>
      </w:tr>
    </w:tbl>
    <w:p w14:paraId="6C41B407" w14:textId="77777777" w:rsidR="005D031F" w:rsidRDefault="005D031F">
      <w:pPr>
        <w:spacing w:after="60"/>
      </w:pPr>
    </w:p>
    <w:p w14:paraId="2087B189" w14:textId="3F893EDF" w:rsidR="008C203B" w:rsidRPr="001D3AB4" w:rsidRDefault="0062028A" w:rsidP="001D3AB4">
      <w:pPr>
        <w:ind w:left="3686"/>
        <w:rPr>
          <w:b/>
        </w:rPr>
      </w:pPr>
      <w:r>
        <w:rPr>
          <w:b/>
        </w:rPr>
        <w:t>TRƯỞNG KHOA</w:t>
      </w:r>
      <w:r>
        <w:rPr>
          <w:b/>
        </w:rPr>
        <w:br/>
        <w:t>(Ký và ghi rõ họ tên)</w:t>
      </w:r>
    </w:p>
    <w:p w14:paraId="4FC168B2" w14:textId="77777777" w:rsidR="001D3AB4" w:rsidRDefault="001D3AB4">
      <w:pPr>
        <w:rPr>
          <w:b/>
          <w:sz w:val="28"/>
        </w:rPr>
      </w:pPr>
      <w:r>
        <w:rPr>
          <w:b/>
          <w:sz w:val="28"/>
        </w:rPr>
        <w:br w:type="page"/>
      </w:r>
    </w:p>
    <w:p w14:paraId="2FA45B3E" w14:textId="0F3DC529" w:rsidR="005D031F" w:rsidRDefault="00E05792">
      <w:pPr>
        <w:spacing w:before="360" w:after="40"/>
        <w:jc w:val="center"/>
      </w:pPr>
      <w:r>
        <w:rPr>
          <w:b/>
          <w:sz w:val="28"/>
        </w:rPr>
        <w:lastRenderedPageBreak/>
        <w:t>PH</w:t>
      </w:r>
      <w:r>
        <w:rPr>
          <w:b/>
          <w:sz w:val="28"/>
        </w:rPr>
        <w:t>Ụ</w:t>
      </w:r>
      <w:r>
        <w:rPr>
          <w:b/>
          <w:sz w:val="28"/>
        </w:rPr>
        <w:t xml:space="preserve"> L</w:t>
      </w:r>
      <w:r>
        <w:rPr>
          <w:b/>
          <w:sz w:val="28"/>
        </w:rPr>
        <w:t>Ụ</w:t>
      </w:r>
      <w:r>
        <w:rPr>
          <w:b/>
          <w:sz w:val="28"/>
        </w:rPr>
        <w:t>C</w:t>
      </w:r>
    </w:p>
    <w:p w14:paraId="4F4D262D" w14:textId="77777777" w:rsidR="005D031F" w:rsidRDefault="00E05792">
      <w:pPr>
        <w:spacing w:after="160"/>
        <w:jc w:val="center"/>
      </w:pPr>
      <w:r>
        <w:rPr>
          <w:b/>
        </w:rPr>
        <w:t>THÔNG TIN V</w:t>
      </w:r>
      <w:r>
        <w:rPr>
          <w:b/>
        </w:rPr>
        <w:t>Ề</w:t>
      </w:r>
      <w:r>
        <w:rPr>
          <w:b/>
        </w:rPr>
        <w:t xml:space="preserve"> Đ</w:t>
      </w:r>
      <w:r>
        <w:rPr>
          <w:b/>
        </w:rPr>
        <w:t>Ộ</w:t>
      </w:r>
      <w:r>
        <w:rPr>
          <w:b/>
        </w:rPr>
        <w:t>I NGŨ 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p w14:paraId="5DBE5F38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ph</w:t>
      </w:r>
      <w:r>
        <w:rPr>
          <w:b/>
        </w:rPr>
        <w:t>ụ</w:t>
      </w:r>
      <w:r>
        <w:rPr>
          <w:b/>
        </w:rPr>
        <w:t xml:space="preserve"> trách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0"/>
        <w:gridCol w:w="4815"/>
      </w:tblGrid>
      <w:tr w:rsidR="005D031F" w14:paraId="319197AE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57BD22" w14:textId="77777777" w:rsidR="005D031F" w:rsidRDefault="00E05792">
            <w:r>
              <w:t>H</w:t>
            </w:r>
            <w:r>
              <w:t>ọ</w:t>
            </w:r>
            <w:r>
              <w:t xml:space="preserve"> và tên: H</w:t>
            </w:r>
            <w:r>
              <w:t>ồ</w:t>
            </w:r>
            <w:r>
              <w:t xml:space="preserve"> Ng</w:t>
            </w:r>
            <w:r>
              <w:t>ọ</w:t>
            </w:r>
            <w:r>
              <w:t>c Ninh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FFC0BB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PGS.TS. GVCC</w:t>
            </w:r>
          </w:p>
        </w:tc>
      </w:tr>
      <w:tr w:rsidR="005D031F" w14:paraId="26D83492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74CE92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Qu</w:t>
            </w:r>
            <w:r>
              <w:t>ả</w:t>
            </w:r>
            <w:r>
              <w:t>n lý Du l</w:t>
            </w:r>
            <w:r>
              <w:t>ị</w:t>
            </w:r>
            <w:r>
              <w:t>ch và L</w:t>
            </w:r>
            <w:r>
              <w:t>ữ</w:t>
            </w:r>
            <w:r>
              <w:t xml:space="preserve"> hành,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258124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31F971E7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658D7E" w14:textId="77777777" w:rsidR="005D031F" w:rsidRDefault="00E05792">
            <w:r>
              <w:t>Email: hnninh@vnua.edu.vn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F20D6B" w14:textId="77777777" w:rsidR="005D031F" w:rsidRDefault="00E05792">
            <w:r>
              <w:t>Trang web: https://dlnn.vnua.edu.vn/</w:t>
            </w:r>
          </w:p>
        </w:tc>
      </w:tr>
      <w:tr w:rsidR="005D031F" w14:paraId="38145DC8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936EF4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email, h</w:t>
            </w:r>
            <w:r>
              <w:t>ệ</w:t>
            </w:r>
            <w:r>
              <w:t xml:space="preserve"> th</w:t>
            </w:r>
            <w:r>
              <w:t>ố</w:t>
            </w:r>
            <w:r>
              <w:t>ng VNUA-LMS.</w:t>
            </w:r>
          </w:p>
        </w:tc>
      </w:tr>
    </w:tbl>
    <w:p w14:paraId="005EA504" w14:textId="77777777" w:rsidR="005D031F" w:rsidRDefault="005D031F">
      <w:pPr>
        <w:spacing w:after="60"/>
      </w:pPr>
    </w:p>
    <w:p w14:paraId="49ED3862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5D031F" w14:paraId="61741969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98EEB5" w14:textId="77777777" w:rsidR="005D031F" w:rsidRDefault="00E05792">
            <w:r>
              <w:t>H</w:t>
            </w:r>
            <w:r>
              <w:t>ọ</w:t>
            </w:r>
            <w:r>
              <w:t xml:space="preserve"> và tên: Nguy</w:t>
            </w:r>
            <w:r>
              <w:t>ễ</w:t>
            </w:r>
            <w:r>
              <w:t>n T</w:t>
            </w:r>
            <w:r>
              <w:t>ấ</w:t>
            </w:r>
            <w:r>
              <w:t>t Th</w:t>
            </w:r>
            <w:r>
              <w:t>ắ</w:t>
            </w:r>
            <w:r>
              <w:t>ng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0A5539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TS. GVC</w:t>
            </w:r>
          </w:p>
        </w:tc>
      </w:tr>
      <w:tr w:rsidR="005D031F" w14:paraId="6309E833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FFC9B5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Sư ph</w:t>
            </w:r>
            <w:r>
              <w:t>ạ</w:t>
            </w:r>
            <w:r>
              <w:t>m Công ngh</w:t>
            </w:r>
            <w:r>
              <w:t>ệ</w:t>
            </w:r>
            <w:r>
              <w:t>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E9F933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1E8FBE3A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1DE218" w14:textId="77777777" w:rsidR="005D031F" w:rsidRDefault="00E05792">
            <w:r>
              <w:t>Email: nguyentatthang@vnua.edu.vn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7765F9" w14:textId="77777777" w:rsidR="005D031F" w:rsidRDefault="00E05792">
            <w:r>
              <w:t>Trang web: https://dlnn.vnua.edu.vn/</w:t>
            </w:r>
          </w:p>
        </w:tc>
      </w:tr>
      <w:tr w:rsidR="005D031F" w14:paraId="00AA59F9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817677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email.</w:t>
            </w:r>
          </w:p>
        </w:tc>
      </w:tr>
    </w:tbl>
    <w:p w14:paraId="224A556A" w14:textId="77777777" w:rsidR="005D031F" w:rsidRDefault="005D031F">
      <w:pPr>
        <w:spacing w:after="60"/>
      </w:pPr>
    </w:p>
    <w:p w14:paraId="18BB8094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0"/>
        <w:gridCol w:w="4815"/>
      </w:tblGrid>
      <w:tr w:rsidR="005D031F" w14:paraId="6DE006CE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406E2A" w14:textId="77777777" w:rsidR="005D031F" w:rsidRDefault="00E05792">
            <w:r>
              <w:t>H</w:t>
            </w:r>
            <w:r>
              <w:t>ọ</w:t>
            </w:r>
            <w:r>
              <w:t xml:space="preserve"> và tên: Nguy</w:t>
            </w:r>
            <w:r>
              <w:t>ễ</w:t>
            </w:r>
            <w:r>
              <w:t>n Công Ư</w:t>
            </w:r>
            <w:r>
              <w:t>ớ</w:t>
            </w:r>
            <w:r>
              <w:t>c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CF32E2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TS. GVC</w:t>
            </w:r>
          </w:p>
        </w:tc>
      </w:tr>
      <w:tr w:rsidR="005D031F" w14:paraId="2EA75AD5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71ECAB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Sư ph</w:t>
            </w:r>
            <w:r>
              <w:t>ạ</w:t>
            </w:r>
            <w:r>
              <w:t>m Công ngh</w:t>
            </w:r>
            <w:r>
              <w:t>ệ</w:t>
            </w:r>
            <w:r>
              <w:t>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914240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17614F0D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545F17" w14:textId="77777777" w:rsidR="005D031F" w:rsidRDefault="00E05792">
            <w:r>
              <w:t>Email: ncuoc@vnua.edu.vn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D0DAA8" w14:textId="77777777" w:rsidR="005D031F" w:rsidRDefault="00E05792">
            <w:r>
              <w:t>Trang web: https://dlnn.vnua.edu.vn/</w:t>
            </w:r>
          </w:p>
        </w:tc>
      </w:tr>
      <w:tr w:rsidR="005D031F" w14:paraId="42F52679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226E7B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email.</w:t>
            </w:r>
          </w:p>
        </w:tc>
      </w:tr>
    </w:tbl>
    <w:p w14:paraId="51D1B5DD" w14:textId="5BE4488B" w:rsidR="000B243C" w:rsidRDefault="000B243C">
      <w:pPr>
        <w:spacing w:after="60"/>
      </w:pPr>
    </w:p>
    <w:p w14:paraId="5FBFD163" w14:textId="77777777" w:rsidR="000B243C" w:rsidRDefault="000B243C">
      <w:r>
        <w:br w:type="page"/>
      </w:r>
    </w:p>
    <w:p w14:paraId="75D3DD78" w14:textId="77777777" w:rsidR="005D031F" w:rsidRDefault="005D031F">
      <w:pPr>
        <w:spacing w:after="60"/>
      </w:pPr>
    </w:p>
    <w:p w14:paraId="753ACB2E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5D031F" w14:paraId="312E3A0A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919321" w14:textId="77777777" w:rsidR="005D031F" w:rsidRDefault="00E05792">
            <w:r>
              <w:t>H</w:t>
            </w:r>
            <w:r>
              <w:t>ọ</w:t>
            </w:r>
            <w:r>
              <w:t xml:space="preserve"> và tên: Nguy</w:t>
            </w:r>
            <w:r>
              <w:t>ễ</w:t>
            </w:r>
            <w:r>
              <w:t>n Hùng Anh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C636B9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TS</w:t>
            </w:r>
          </w:p>
        </w:tc>
      </w:tr>
      <w:tr w:rsidR="005D031F" w14:paraId="6B0F292A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755B83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Qu</w:t>
            </w:r>
            <w:r>
              <w:t>ả</w:t>
            </w:r>
            <w:r>
              <w:t>n lý Du l</w:t>
            </w:r>
            <w:r>
              <w:t>ị</w:t>
            </w:r>
            <w:r>
              <w:t>ch và L</w:t>
            </w:r>
            <w:r>
              <w:t>ữ</w:t>
            </w:r>
            <w:r>
              <w:t xml:space="preserve"> hành,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448E2E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3E2884D3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B21C6" w14:textId="77777777" w:rsidR="005D031F" w:rsidRDefault="00E05792">
            <w:r>
              <w:t>Email: nghunganh@vnua.edu.vn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3B89F7" w14:textId="77777777" w:rsidR="005D031F" w:rsidRDefault="00E05792">
            <w:r>
              <w:t>Trang web: https://dlnn.vnua.edu.vn/</w:t>
            </w:r>
          </w:p>
        </w:tc>
      </w:tr>
      <w:tr w:rsidR="005D031F" w14:paraId="457DC4EA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7C600E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email.</w:t>
            </w:r>
          </w:p>
        </w:tc>
      </w:tr>
    </w:tbl>
    <w:p w14:paraId="04F817F5" w14:textId="77777777" w:rsidR="005D031F" w:rsidRDefault="005D031F">
      <w:pPr>
        <w:spacing w:after="60"/>
      </w:pPr>
    </w:p>
    <w:p w14:paraId="3CBBC867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0"/>
        <w:gridCol w:w="4815"/>
      </w:tblGrid>
      <w:tr w:rsidR="005D031F" w14:paraId="412166E9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03EC51" w14:textId="77777777" w:rsidR="005D031F" w:rsidRDefault="00E05792">
            <w:r>
              <w:t>H</w:t>
            </w:r>
            <w:r>
              <w:t>ọ</w:t>
            </w:r>
            <w:r>
              <w:t xml:space="preserve"> và tên: Bùi Th</w:t>
            </w:r>
            <w:r>
              <w:t>ị</w:t>
            </w:r>
            <w:r>
              <w:t xml:space="preserve"> Nga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8D8B2F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PGS.TS</w:t>
            </w:r>
          </w:p>
        </w:tc>
      </w:tr>
      <w:tr w:rsidR="005D031F" w14:paraId="07AD8749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75D482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Qu</w:t>
            </w:r>
            <w:r>
              <w:t>ả</w:t>
            </w:r>
            <w:r>
              <w:t>n lý Du l</w:t>
            </w:r>
            <w:r>
              <w:t>ị</w:t>
            </w:r>
            <w:r>
              <w:t>ch và L</w:t>
            </w:r>
            <w:r>
              <w:t>ữ</w:t>
            </w:r>
            <w:r>
              <w:t xml:space="preserve"> hành,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664D39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4513F047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2BAD80" w14:textId="77777777" w:rsidR="005D031F" w:rsidRDefault="00E05792">
            <w:r>
              <w:t>Email: btnga@vnua.edu.vn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ABC0E5" w14:textId="77777777" w:rsidR="005D031F" w:rsidRDefault="00E05792">
            <w:r>
              <w:t>Trang web: https://dlnn.vnua.edu.vn/</w:t>
            </w:r>
          </w:p>
        </w:tc>
      </w:tr>
      <w:tr w:rsidR="005D031F" w14:paraId="7135F280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F59A87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email.</w:t>
            </w:r>
          </w:p>
        </w:tc>
      </w:tr>
    </w:tbl>
    <w:p w14:paraId="3DA500F3" w14:textId="77777777" w:rsidR="005D031F" w:rsidRDefault="005D031F">
      <w:pPr>
        <w:spacing w:after="60"/>
      </w:pPr>
    </w:p>
    <w:p w14:paraId="7E224C35" w14:textId="77777777" w:rsidR="005D031F" w:rsidRDefault="00E05792">
      <w:pPr>
        <w:spacing w:before="120" w:after="40"/>
      </w:pPr>
      <w:r>
        <w:rPr>
          <w:b/>
        </w:rPr>
        <w:t>Gi</w:t>
      </w:r>
      <w:r>
        <w:rPr>
          <w:b/>
        </w:rPr>
        <w:t>ả</w:t>
      </w:r>
      <w:r>
        <w:rPr>
          <w:b/>
        </w:rPr>
        <w:t>ng viên gi</w:t>
      </w:r>
      <w:r>
        <w:rPr>
          <w:b/>
        </w:rPr>
        <w:t>ả</w:t>
      </w:r>
      <w:r>
        <w:rPr>
          <w:b/>
        </w:rPr>
        <w:t>ng d</w:t>
      </w:r>
      <w:r>
        <w:rPr>
          <w:b/>
        </w:rPr>
        <w:t>ạ</w:t>
      </w:r>
      <w:r>
        <w:rPr>
          <w:b/>
        </w:rPr>
        <w:t>y h</w:t>
      </w:r>
      <w:r>
        <w:rPr>
          <w:b/>
        </w:rPr>
        <w:t>ọ</w:t>
      </w:r>
      <w:r>
        <w:rPr>
          <w:b/>
        </w:rPr>
        <w:t>c ph</w:t>
      </w:r>
      <w:r>
        <w:rPr>
          <w:b/>
        </w:rPr>
        <w:t>ầ</w:t>
      </w:r>
      <w:r>
        <w:rPr>
          <w:b/>
        </w:rPr>
        <w:t>n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5D031F" w14:paraId="030195D5" w14:textId="77777777">
        <w:trPr>
          <w:cantSplit/>
          <w:tblHeader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D2769B" w14:textId="77777777" w:rsidR="005D031F" w:rsidRDefault="00E05792">
            <w:r>
              <w:t>H</w:t>
            </w:r>
            <w:r>
              <w:t>ọ</w:t>
            </w:r>
            <w:r>
              <w:t xml:space="preserve"> và tên: Nguy</w:t>
            </w:r>
            <w:r>
              <w:t>ễ</w:t>
            </w:r>
            <w:r>
              <w:t>n Th</w:t>
            </w:r>
            <w:r>
              <w:t>ị</w:t>
            </w:r>
            <w:r>
              <w:t xml:space="preserve"> Thu Th</w:t>
            </w:r>
            <w:r>
              <w:t>ủ</w:t>
            </w:r>
            <w:r>
              <w:t>y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1CDAC6" w14:textId="77777777" w:rsidR="005D031F" w:rsidRDefault="00E05792">
            <w:r>
              <w:t>H</w:t>
            </w:r>
            <w:r>
              <w:t>ọ</w:t>
            </w:r>
            <w:r>
              <w:t>c hàm, h</w:t>
            </w:r>
            <w:r>
              <w:t>ọ</w:t>
            </w:r>
            <w:r>
              <w:t>c v</w:t>
            </w:r>
            <w:r>
              <w:t>ị</w:t>
            </w:r>
            <w:r>
              <w:t>: TS</w:t>
            </w:r>
          </w:p>
        </w:tc>
      </w:tr>
      <w:tr w:rsidR="005D031F" w14:paraId="1A1CE5AD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DDACD2" w14:textId="77777777" w:rsidR="005D031F" w:rsidRDefault="00E05792">
            <w:r>
              <w:t>Đ</w:t>
            </w:r>
            <w:r>
              <w:t>ị</w:t>
            </w:r>
            <w:r>
              <w:t>a ch</w:t>
            </w:r>
            <w:r>
              <w:t>ỉ</w:t>
            </w:r>
            <w:r>
              <w:t xml:space="preserve"> cơ quan: B</w:t>
            </w:r>
            <w:r>
              <w:t>ộ</w:t>
            </w:r>
            <w:r>
              <w:t xml:space="preserve"> môn Ti</w:t>
            </w:r>
            <w:r>
              <w:t>ế</w:t>
            </w:r>
            <w:r>
              <w:t>ng Anh Chuyên nghi</w:t>
            </w:r>
            <w:r>
              <w:t>ệ</w:t>
            </w:r>
            <w:r>
              <w:t>p, Khoa Du l</w:t>
            </w:r>
            <w:r>
              <w:t>ị</w:t>
            </w:r>
            <w:r>
              <w:t>ch và Ngo</w:t>
            </w:r>
            <w:r>
              <w:t>ạ</w:t>
            </w:r>
            <w:r>
              <w:t>i ng</w:t>
            </w:r>
            <w:r>
              <w:t>ữ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3BE715" w14:textId="77777777" w:rsidR="005D031F" w:rsidRDefault="00E05792">
            <w:r>
              <w:t>Đi</w:t>
            </w:r>
            <w:r>
              <w:t>ệ</w:t>
            </w:r>
            <w:r>
              <w:t>n tho</w:t>
            </w:r>
            <w:r>
              <w:t>ạ</w:t>
            </w:r>
            <w:r>
              <w:t>i liên h</w:t>
            </w:r>
            <w:r>
              <w:t>ệ</w:t>
            </w:r>
            <w:r>
              <w:t>: 024 38 766 627</w:t>
            </w:r>
          </w:p>
        </w:tc>
      </w:tr>
      <w:tr w:rsidR="005D031F" w14:paraId="7DBF82F7" w14:textId="77777777">
        <w:trPr>
          <w:cantSplit/>
          <w:jc w:val="center"/>
        </w:trPr>
        <w:tc>
          <w:tcPr>
            <w:tcW w:w="4535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A3D78A" w14:textId="77777777" w:rsidR="005D031F" w:rsidRDefault="00E05792">
            <w:r>
              <w:t>Email: thuthuy.hn0508@gmail.com</w:t>
            </w:r>
          </w:p>
        </w:tc>
        <w:tc>
          <w:tcPr>
            <w:tcW w:w="4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90C417" w14:textId="77777777" w:rsidR="005D031F" w:rsidRDefault="00E05792">
            <w:r>
              <w:t>Trang web: https://dlnn.vnua.edu.vn/</w:t>
            </w:r>
          </w:p>
        </w:tc>
      </w:tr>
      <w:tr w:rsidR="005D031F" w14:paraId="02506C2A" w14:textId="77777777">
        <w:trPr>
          <w:cantSplit/>
          <w:jc w:val="center"/>
        </w:trPr>
        <w:tc>
          <w:tcPr>
            <w:tcW w:w="4819" w:type="dxa"/>
            <w:gridSpan w:val="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102B0D" w14:textId="77777777" w:rsidR="005D031F" w:rsidRDefault="00E05792">
            <w:r>
              <w:t>Cách liên l</w:t>
            </w:r>
            <w:r>
              <w:t>ạ</w:t>
            </w:r>
            <w:r>
              <w:t>c v</w:t>
            </w:r>
            <w:r>
              <w:t>ớ</w:t>
            </w:r>
            <w:r>
              <w:t>i gi</w:t>
            </w:r>
            <w:r>
              <w:t>ả</w:t>
            </w:r>
            <w:r>
              <w:t>ng viên: Trao đ</w:t>
            </w:r>
            <w:r>
              <w:t>ổ</w:t>
            </w:r>
            <w:r>
              <w:t>i tr</w:t>
            </w:r>
            <w:r>
              <w:t>ự</w:t>
            </w:r>
            <w:r>
              <w:t>c ti</w:t>
            </w:r>
            <w:r>
              <w:t>ế</w:t>
            </w:r>
            <w:r>
              <w:t xml:space="preserve">p </w:t>
            </w:r>
            <w:r>
              <w:t>ở</w:t>
            </w:r>
            <w:r>
              <w:t xml:space="preserve"> l</w:t>
            </w:r>
            <w:r>
              <w:t>ớ</w:t>
            </w:r>
            <w:r>
              <w:t>p và qua email.</w:t>
            </w:r>
          </w:p>
        </w:tc>
      </w:tr>
    </w:tbl>
    <w:p w14:paraId="625243F3" w14:textId="77777777" w:rsidR="005D031F" w:rsidRDefault="005D031F">
      <w:pPr>
        <w:spacing w:after="60"/>
      </w:pPr>
    </w:p>
    <w:p w14:paraId="58D6E762" w14:textId="77777777" w:rsidR="000B243C" w:rsidRDefault="000B243C">
      <w:pPr>
        <w:rPr>
          <w:b/>
        </w:rPr>
      </w:pPr>
      <w:r>
        <w:rPr>
          <w:b/>
        </w:rPr>
        <w:br w:type="page"/>
      </w:r>
    </w:p>
    <w:p w14:paraId="0905A011" w14:textId="5F479974" w:rsidR="005D031F" w:rsidRDefault="00E05792">
      <w:pPr>
        <w:spacing w:before="240" w:after="40"/>
      </w:pPr>
      <w:r>
        <w:rPr>
          <w:b/>
        </w:rPr>
        <w:lastRenderedPageBreak/>
        <w:t>CÁC L</w:t>
      </w:r>
      <w:r>
        <w:rPr>
          <w:b/>
        </w:rPr>
        <w:t>Ầ</w:t>
      </w:r>
      <w:r>
        <w:rPr>
          <w:b/>
        </w:rPr>
        <w:t>N C</w:t>
      </w:r>
      <w:r>
        <w:rPr>
          <w:b/>
        </w:rPr>
        <w:t>Ả</w:t>
      </w:r>
      <w:r>
        <w:rPr>
          <w:b/>
        </w:rPr>
        <w:t>I TI</w:t>
      </w:r>
      <w:r>
        <w:rPr>
          <w:b/>
        </w:rPr>
        <w:t>Ế</w:t>
      </w:r>
      <w:r>
        <w:rPr>
          <w:b/>
        </w:rPr>
        <w:t>N</w:t>
      </w:r>
    </w:p>
    <w:p w14:paraId="37DA6E0A" w14:textId="77777777" w:rsidR="005D031F" w:rsidRDefault="00E05792">
      <w:pPr>
        <w:spacing w:after="80"/>
      </w:pPr>
      <w:r>
        <w:rPr>
          <w:i/>
        </w:rPr>
        <w:t>(Đ</w:t>
      </w:r>
      <w:r>
        <w:rPr>
          <w:i/>
        </w:rPr>
        <w:t>ề</w:t>
      </w:r>
      <w:r>
        <w:rPr>
          <w:i/>
        </w:rPr>
        <w:t xml:space="preserve"> cương đư</w:t>
      </w:r>
      <w:r>
        <w:rPr>
          <w:i/>
        </w:rPr>
        <w:t>ợ</w:t>
      </w:r>
      <w:r>
        <w:rPr>
          <w:i/>
        </w:rPr>
        <w:t>c c</w:t>
      </w:r>
      <w:r>
        <w:rPr>
          <w:i/>
        </w:rPr>
        <w:t>ả</w:t>
      </w:r>
      <w:r>
        <w:rPr>
          <w:i/>
        </w:rPr>
        <w:t>i ti</w:t>
      </w:r>
      <w:r>
        <w:rPr>
          <w:i/>
        </w:rPr>
        <w:t>ế</w:t>
      </w:r>
      <w:r>
        <w:rPr>
          <w:i/>
        </w:rPr>
        <w:t>n hàng năm theo qui đ</w:t>
      </w:r>
      <w:r>
        <w:rPr>
          <w:i/>
        </w:rPr>
        <w:t>ị</w:t>
      </w:r>
      <w:r>
        <w:rPr>
          <w:i/>
        </w:rPr>
        <w:t>nh c</w:t>
      </w:r>
      <w:r>
        <w:rPr>
          <w:i/>
        </w:rPr>
        <w:t>ủ</w:t>
      </w:r>
      <w:r>
        <w:rPr>
          <w:i/>
        </w:rPr>
        <w:t>a H</w:t>
      </w:r>
      <w:r>
        <w:rPr>
          <w:i/>
        </w:rPr>
        <w:t>ọ</w:t>
      </w:r>
      <w:r>
        <w:rPr>
          <w:i/>
        </w:rPr>
        <w:t>c Vi</w:t>
      </w:r>
      <w:r>
        <w:rPr>
          <w:i/>
        </w:rPr>
        <w:t>ệ</w:t>
      </w:r>
      <w:r>
        <w:rPr>
          <w:i/>
        </w:rPr>
        <w:t>n)</w:t>
      </w:r>
    </w:p>
    <w:p w14:paraId="51BC4282" w14:textId="64BF4F2E" w:rsidR="005D031F" w:rsidRDefault="00E05792">
      <w:pPr>
        <w:spacing w:after="60"/>
      </w:pPr>
      <w:r>
        <w:t>C</w:t>
      </w:r>
      <w:r>
        <w:t>ậ</w:t>
      </w:r>
      <w:r>
        <w:t>p nh</w:t>
      </w:r>
      <w:r>
        <w:t>ậ</w:t>
      </w:r>
      <w:r>
        <w:t>t năm 2022:</w:t>
      </w:r>
      <w:r>
        <w:br/>
        <w:t>Đi</w:t>
      </w:r>
      <w:r>
        <w:t>ề</w:t>
      </w:r>
      <w:r>
        <w:t>u ch</w:t>
      </w:r>
      <w:r>
        <w:t>ỉ</w:t>
      </w:r>
      <w:r>
        <w:t>nh tài li</w:t>
      </w:r>
      <w:r>
        <w:t>ệ</w:t>
      </w:r>
      <w:r>
        <w:t>u tham kh</w:t>
      </w:r>
      <w:r>
        <w:t>ả</w:t>
      </w:r>
      <w:r>
        <w:t>o và b</w:t>
      </w:r>
      <w:r>
        <w:t>ổ</w:t>
      </w:r>
      <w:r>
        <w:t xml:space="preserve"> sung hình th</w:t>
      </w:r>
      <w:r>
        <w:t>ứ</w:t>
      </w:r>
      <w:r>
        <w:t>c h</w:t>
      </w:r>
      <w:r>
        <w:t>ỗ</w:t>
      </w:r>
      <w:r>
        <w:t xml:space="preserve"> tr</w:t>
      </w:r>
      <w:r>
        <w:t>ợ</w:t>
      </w:r>
      <w:r>
        <w:t xml:space="preserve"> gi</w:t>
      </w:r>
      <w:r>
        <w:t>ả</w:t>
      </w:r>
      <w:r>
        <w:t>ng d</w:t>
      </w:r>
      <w:r>
        <w:t>ạ</w:t>
      </w:r>
      <w:r>
        <w:t>y tr</w:t>
      </w:r>
      <w:r>
        <w:t>ự</w:t>
      </w:r>
      <w:r>
        <w:t>c tuy</w:t>
      </w:r>
      <w:r>
        <w:t>ế</w:t>
      </w:r>
      <w:r>
        <w:t>n qua MS Teams.</w:t>
      </w:r>
      <w:r>
        <w:br/>
        <w:t>C</w:t>
      </w:r>
      <w:r>
        <w:t>ậ</w:t>
      </w:r>
      <w:r>
        <w:t>p nh</w:t>
      </w:r>
      <w:r>
        <w:t>ậ</w:t>
      </w:r>
      <w:r>
        <w:t>t năm 2023:</w:t>
      </w:r>
      <w:r>
        <w:br/>
        <w:t>B</w:t>
      </w:r>
      <w:r>
        <w:t>ổ</w:t>
      </w:r>
      <w:r>
        <w:t xml:space="preserve"> sung các bài t</w:t>
      </w:r>
      <w:r>
        <w:t>ậ</w:t>
      </w:r>
      <w:r>
        <w:t>p th</w:t>
      </w:r>
      <w:r>
        <w:t>ự</w:t>
      </w:r>
      <w:r>
        <w:t>c hành thi</w:t>
      </w:r>
      <w:r>
        <w:t>ế</w:t>
      </w:r>
      <w:r>
        <w:t>t k</w:t>
      </w:r>
      <w:r>
        <w:t>ế</w:t>
      </w:r>
      <w:r>
        <w:t xml:space="preserve"> phi</w:t>
      </w:r>
      <w:r>
        <w:t>ế</w:t>
      </w:r>
      <w:r>
        <w:t>u kh</w:t>
      </w:r>
      <w:r>
        <w:t>ả</w:t>
      </w:r>
      <w:r>
        <w:t>o sát và x</w:t>
      </w:r>
      <w:r>
        <w:t>ử</w:t>
      </w:r>
      <w:r>
        <w:t xml:space="preserve"> lý s</w:t>
      </w:r>
      <w:r>
        <w:t>ố</w:t>
      </w:r>
      <w:r>
        <w:t xml:space="preserve"> li</w:t>
      </w:r>
      <w:r>
        <w:t>ệ</w:t>
      </w:r>
      <w:r>
        <w:t>u NCKH b</w:t>
      </w:r>
      <w:r>
        <w:t>ằ</w:t>
      </w:r>
      <w:r>
        <w:t>ng SPSS.</w:t>
      </w:r>
      <w:r>
        <w:br/>
        <w:t>C</w:t>
      </w:r>
      <w:r>
        <w:t>ậ</w:t>
      </w:r>
      <w:r>
        <w:t>p nh</w:t>
      </w:r>
      <w:r>
        <w:t>ậ</w:t>
      </w:r>
      <w:r>
        <w:t>t năm 2024:</w:t>
      </w:r>
      <w:r>
        <w:br/>
        <w:t>C</w:t>
      </w:r>
      <w:r>
        <w:t>ậ</w:t>
      </w:r>
      <w:r>
        <w:t>p nh</w:t>
      </w:r>
      <w:r>
        <w:t>ậ</w:t>
      </w:r>
      <w:r>
        <w:t>t bài gi</w:t>
      </w:r>
      <w:r>
        <w:t>ả</w:t>
      </w:r>
      <w:r>
        <w:t>ng m</w:t>
      </w:r>
      <w:r>
        <w:t>ớ</w:t>
      </w:r>
      <w:r>
        <w:t>i c</w:t>
      </w:r>
      <w:r>
        <w:t>ủ</w:t>
      </w:r>
      <w:r>
        <w:t>a B</w:t>
      </w:r>
      <w:r>
        <w:t>ộ</w:t>
      </w:r>
      <w:r>
        <w:t xml:space="preserve"> môn và các tài li</w:t>
      </w:r>
      <w:r>
        <w:t>ệ</w:t>
      </w:r>
      <w:r>
        <w:t>u tham kh</w:t>
      </w:r>
      <w:r>
        <w:t>ả</w:t>
      </w:r>
      <w:r>
        <w:t>o.</w:t>
      </w:r>
      <w:r>
        <w:br/>
        <w:t>C</w:t>
      </w:r>
      <w:r>
        <w:t>ậ</w:t>
      </w:r>
      <w:r>
        <w:t>p nh</w:t>
      </w:r>
      <w:r>
        <w:t>ậ</w:t>
      </w:r>
      <w:r>
        <w:t>t năm 2025:</w:t>
      </w:r>
      <w:r>
        <w:br/>
        <w:t>Tăng cư</w:t>
      </w:r>
      <w:r>
        <w:t>ờ</w:t>
      </w:r>
      <w:r>
        <w:t>ng hình th</w:t>
      </w:r>
      <w:r>
        <w:t>ứ</w:t>
      </w:r>
      <w:r>
        <w:t>c d</w:t>
      </w:r>
      <w:r>
        <w:t>ạ</w:t>
      </w:r>
      <w:r>
        <w:t>y h</w:t>
      </w:r>
      <w:r>
        <w:t>ọ</w:t>
      </w:r>
      <w:r>
        <w:t>c k</w:t>
      </w:r>
      <w:r>
        <w:t>ế</w:t>
      </w:r>
      <w:r>
        <w:t>t h</w:t>
      </w:r>
      <w:r>
        <w:t>ợ</w:t>
      </w:r>
      <w:r>
        <w:t>p (blended learning), qu</w:t>
      </w:r>
      <w:r>
        <w:t>ả</w:t>
      </w:r>
      <w:r>
        <w:t>n lý h</w:t>
      </w:r>
      <w:r>
        <w:t>ọ</w:t>
      </w:r>
      <w:r>
        <w:t>c t</w:t>
      </w:r>
      <w:r>
        <w:t>ậ</w:t>
      </w:r>
      <w:r>
        <w:t>p và giao bài t</w:t>
      </w:r>
      <w:r>
        <w:t>ậ</w:t>
      </w:r>
      <w:r>
        <w:t>p t</w:t>
      </w:r>
      <w:r>
        <w:t>ự</w:t>
      </w:r>
      <w:r>
        <w:t xml:space="preserve"> h</w:t>
      </w:r>
      <w:r>
        <w:t>ọ</w:t>
      </w:r>
      <w:r>
        <w:t>c qua h</w:t>
      </w:r>
      <w:r>
        <w:t>ệ</w:t>
      </w:r>
      <w:r>
        <w:t xml:space="preserve"> th</w:t>
      </w:r>
      <w:r>
        <w:t>ố</w:t>
      </w:r>
      <w:r>
        <w:t>ng VNUA-LMS</w:t>
      </w:r>
      <w:r w:rsidR="009842D2">
        <w:t>/MS Team</w:t>
      </w:r>
      <w:r>
        <w:t>.</w:t>
      </w:r>
      <w:r>
        <w:br/>
        <w:t>C</w:t>
      </w:r>
      <w:r>
        <w:t>ậ</w:t>
      </w:r>
      <w:r>
        <w:t>p nh</w:t>
      </w:r>
      <w:r>
        <w:t>ậ</w:t>
      </w:r>
      <w:r>
        <w:t>t năm 2026:</w:t>
      </w:r>
      <w:r>
        <w:br/>
        <w:t>C</w:t>
      </w:r>
      <w:r>
        <w:t>ậ</w:t>
      </w:r>
      <w:r>
        <w:t>p nh</w:t>
      </w:r>
      <w:r>
        <w:t>ậ</w:t>
      </w:r>
      <w:r>
        <w:t>t đ</w:t>
      </w:r>
      <w:r>
        <w:t>ề</w:t>
      </w:r>
      <w:r>
        <w:t xml:space="preserve"> cương chi ti</w:t>
      </w:r>
      <w:r>
        <w:t>ế</w:t>
      </w:r>
      <w:r>
        <w:t>t h</w:t>
      </w:r>
      <w:r>
        <w:t>ọ</w:t>
      </w:r>
      <w:r>
        <w:t>c ph</w:t>
      </w:r>
      <w:r>
        <w:t>ầ</w:t>
      </w:r>
      <w:r>
        <w:t>n theo chu</w:t>
      </w:r>
      <w:r>
        <w:t>ẩ</w:t>
      </w:r>
      <w:r>
        <w:t>n m</w:t>
      </w:r>
      <w:r>
        <w:t>ẫ</w:t>
      </w:r>
      <w:r>
        <w:t>u ĐBCL 2026; chu</w:t>
      </w:r>
      <w:r>
        <w:t>ẩ</w:t>
      </w:r>
      <w:r>
        <w:t>n hóa ma tr</w:t>
      </w:r>
      <w:r>
        <w:t>ậ</w:t>
      </w:r>
      <w:r>
        <w:t>n Chu</w:t>
      </w:r>
      <w:r>
        <w:t>ẩ</w:t>
      </w:r>
      <w:r>
        <w:t>n đ</w:t>
      </w:r>
      <w:r>
        <w:t>ầ</w:t>
      </w:r>
      <w:r>
        <w:t>u ra h</w:t>
      </w:r>
      <w:r>
        <w:t>ọ</w:t>
      </w:r>
      <w:r>
        <w:t>c ph</w:t>
      </w:r>
      <w:r>
        <w:t>ầ</w:t>
      </w:r>
      <w:r>
        <w:t>n (CLO/CI) kh</w:t>
      </w:r>
      <w:r>
        <w:t>ớ</w:t>
      </w:r>
      <w:r>
        <w:t>p v</w:t>
      </w:r>
      <w:r>
        <w:t>ớ</w:t>
      </w:r>
      <w:r>
        <w:t>i ma tr</w:t>
      </w:r>
      <w:r>
        <w:t>ậ</w:t>
      </w:r>
      <w:r>
        <w:t>n IPRM 2026 c</w:t>
      </w:r>
      <w:r>
        <w:t>ủ</w:t>
      </w:r>
      <w:r>
        <w:t>a ngành Ngôn ng</w:t>
      </w:r>
      <w:r>
        <w:t>ữ</w:t>
      </w:r>
      <w:r>
        <w:t xml:space="preserve"> Anh (g</w:t>
      </w:r>
      <w:r>
        <w:t>ắ</w:t>
      </w:r>
      <w:r>
        <w:t>n các PI: PI3.4, PI4.4, PI6.2, PI7.1, PI9.1); đi</w:t>
      </w:r>
      <w:r>
        <w:t>ề</w:t>
      </w:r>
      <w:r>
        <w:t>u ch</w:t>
      </w:r>
      <w:r>
        <w:t>ỉ</w:t>
      </w:r>
      <w:r>
        <w:t>nh B</w:t>
      </w:r>
      <w:r>
        <w:t>ả</w:t>
      </w:r>
      <w:r>
        <w:t>ng 3 và hoàn thi</w:t>
      </w:r>
      <w:r>
        <w:t>ệ</w:t>
      </w:r>
      <w:r>
        <w:t>n h</w:t>
      </w:r>
      <w:r>
        <w:t>ệ</w:t>
      </w:r>
      <w:r>
        <w:t xml:space="preserve"> th</w:t>
      </w:r>
      <w:r>
        <w:t>ố</w:t>
      </w:r>
      <w:r>
        <w:t>ng Rubric đánh giá đ</w:t>
      </w:r>
      <w:r>
        <w:t>ị</w:t>
      </w:r>
      <w:r>
        <w:t>nh tính.</w:t>
      </w:r>
    </w:p>
    <w:sectPr w:rsidR="005D031F" w:rsidSect="00F02786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8387348">
    <w:abstractNumId w:val="8"/>
  </w:num>
  <w:num w:numId="2" w16cid:durableId="984092453">
    <w:abstractNumId w:val="6"/>
  </w:num>
  <w:num w:numId="3" w16cid:durableId="100801328">
    <w:abstractNumId w:val="5"/>
  </w:num>
  <w:num w:numId="4" w16cid:durableId="168058762">
    <w:abstractNumId w:val="4"/>
  </w:num>
  <w:num w:numId="5" w16cid:durableId="215317225">
    <w:abstractNumId w:val="7"/>
  </w:num>
  <w:num w:numId="6" w16cid:durableId="912398285">
    <w:abstractNumId w:val="3"/>
  </w:num>
  <w:num w:numId="7" w16cid:durableId="159463367">
    <w:abstractNumId w:val="2"/>
  </w:num>
  <w:num w:numId="8" w16cid:durableId="358166362">
    <w:abstractNumId w:val="1"/>
  </w:num>
  <w:num w:numId="9" w16cid:durableId="194753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43C"/>
    <w:rsid w:val="0015074B"/>
    <w:rsid w:val="001D3AB4"/>
    <w:rsid w:val="00237B66"/>
    <w:rsid w:val="0029639D"/>
    <w:rsid w:val="00326F90"/>
    <w:rsid w:val="003273E7"/>
    <w:rsid w:val="00354413"/>
    <w:rsid w:val="00372781"/>
    <w:rsid w:val="003C38DC"/>
    <w:rsid w:val="004F7812"/>
    <w:rsid w:val="00543CA8"/>
    <w:rsid w:val="0055146A"/>
    <w:rsid w:val="005D031F"/>
    <w:rsid w:val="0062028A"/>
    <w:rsid w:val="0064693A"/>
    <w:rsid w:val="00744D6C"/>
    <w:rsid w:val="00890782"/>
    <w:rsid w:val="008C203B"/>
    <w:rsid w:val="00900E20"/>
    <w:rsid w:val="009842D2"/>
    <w:rsid w:val="00AA1D8D"/>
    <w:rsid w:val="00B47730"/>
    <w:rsid w:val="00CB0664"/>
    <w:rsid w:val="00CE3C9B"/>
    <w:rsid w:val="00D55379"/>
    <w:rsid w:val="00DA0B6F"/>
    <w:rsid w:val="00DC0B38"/>
    <w:rsid w:val="00F02786"/>
    <w:rsid w:val="00F23863"/>
    <w:rsid w:val="00F977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60015"/>
  <w14:defaultImageDpi w14:val="300"/>
  <w15:docId w15:val="{D1076608-37FC-4607-BC62-F80011B6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3276</Words>
  <Characters>18678</Characters>
  <Application>Microsoft Office Word</Application>
  <DocSecurity>4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Ninh</dc:creator>
  <cp:keywords/>
  <dc:description>generated by python-docx</dc:description>
  <cp:lastModifiedBy>Hồ Ngọc Ninh</cp:lastModifiedBy>
  <cp:revision>2</cp:revision>
  <dcterms:created xsi:type="dcterms:W3CDTF">2026-08-25T10:48:00Z</dcterms:created>
  <dcterms:modified xsi:type="dcterms:W3CDTF">2026-08-25T10:48:00Z</dcterms:modified>
  <cp:category/>
</cp:coreProperties>
</file>